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2"/>
        <w:gridCol w:w="5023"/>
      </w:tblGrid>
      <w:tr w:rsidR="00E259CB" w:rsidRPr="00E259CB" w14:paraId="6AE66E28" w14:textId="77777777" w:rsidTr="00E259CB">
        <w:trPr/>
        <w:tc>
          <w:tcPr>
            <w:tcW w:w="5022" w:type="dxa"/>
          </w:tcPr>
          <w:p w14:paraId="1EA8E115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</w:p>
        </w:tc>
        <w:tc>
          <w:tcPr>
            <w:tcW w:w="5023" w:type="dxa"/>
          </w:tcPr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В [наименование суда / судебного участка]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[почтовый адрес]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Заявитель: [ФИО]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Адрес: [место жительства]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Телефон, e-mail: [указать]</w:t>
            </w:r>
          </w:p>
          <w:p w14:paraId="4BC63B02" w14:textId="77777777" w:rsidR="00E259CB" w:rsidRPr="00E259CB" w:rsidRDefault="00E259CB" w:rsidP="00E259CB">
            <w:pPr>
              <w:spacing w:after="20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Взыскатель по делу № [номер]</w:t>
            </w:r>
          </w:p>
        </w:tc>
      </w:tr>
    </w:tbl>
    <w:p w14:paraId="0A8F6C0A" w14:textId="77777777" w:rsidR="00E259CB" w:rsidRDefault="00F93E86" w:rsidP="00E259CB">
      <w:pPr>
        <w:pStyle w:val="aa"/>
        <w:keepNext/>
      </w:pPr>
      <w:r>
        <w:t xml:space="preserve">Заявление</w:t>
      </w:r>
    </w:p>
    <w:p w14:paraId="0A8F6C0A" w14:textId="77777777" w:rsidR="00E259CB" w:rsidRDefault="00F93E86" w:rsidP="00E259CB">
      <w:pPr>
        <w:pStyle w:val="aa"/>
        <w:keepNext/>
      </w:pPr>
      <w:r>
        <w:t xml:space="preserve">о выдаче исполнительного листа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Решением [наименование суда] от [дата] по гражданскому делу № [номер] по иску [истец] к [ответчик] постановлено: [точно указать подлежащее исполнению требование, сумму и должника].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Судебное постановление вступило в законную силу [дата]. Исполнительный лист по указанному требованию ранее мне не выдавался и для исполнения судом не направлялся.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  <w:keepNext/>
      </w:pPr>
      <w:r>
        <w:rPr>
          <w:color w:val="000000" w:themeColor="text1"/>
        </w:rPr>
        <w:t xml:space="preserve">На основании статьи 428 Гражданского процессуального кодекса Российской Федерации,</w:t>
      </w:r>
    </w:p>
    <w:p w14:paraId="05427CEB" w14:textId="3E7403B5" w:rsidR="00E259CB" w:rsidRDefault="00E259CB" w:rsidP="00E259CB">
      <w:pPr>
        <w:widowControl w:val="0"/>
        <w:autoSpaceDE w:val="0"/>
        <w:jc w:val="center"/>
        <w:rPr>
          <w:b/>
        </w:rPr>
        <w:keepNext/>
      </w:pPr>
      <w:r>
        <w:rPr>
          <w:b/>
        </w:rPr>
        <w:t xml:space="preserve">ПРОШУ: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Выдать мне исполнительный лист на исполнение указанного судебного постановления в части [указать требование].</w:t>
      </w:r>
    </w:p>
    <w:p w14:paraId="105DA6F3" w14:textId="747ABB32" w:rsidR="0044797C" w:rsidRPr="00E259CB" w:rsidRDefault="00F93E86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Исполнительный лист прошу выдать лично в суде.</w:t>
      </w:r>
    </w:p>
    <w:p w14:paraId="7BB87FCF" w14:textId="77777777" w:rsidR="00E259CB" w:rsidRDefault="00E259CB" w:rsidP="00E259CB">
      <w:pP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/>
      </w:r>
    </w:p>
    <w:p w14:paraId="5A348F5D" w14:textId="2BC4AF38" w:rsidR="00E259CB" w:rsidRPr="004D754E" w:rsidRDefault="00E259CB" w:rsidP="00E259CB">
      <w:pPr>
        <w:autoSpaceDE w:val="0"/>
        <w:ind w:firstLine="540"/>
        <w:jc w:val="both"/>
        <w:keepNext/>
      </w:pPr>
      <w:r>
        <w:t xml:space="preserve">Приложения: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  <w:keepNext/>
      </w:pPr>
      <w:r>
        <w:t xml:space="preserve">Документ о полномочиях представителя [если заявление подаёт представитель].</w:t>
      </w:r>
    </w:p>
    <w:p w14:paraId="2D6CBA27" w14:textId="77777777" w:rsidR="00E259CB" w:rsidRPr="004D754E" w:rsidRDefault="00E259CB" w:rsidP="00E259CB">
      <w:pPr>
        <w:numPr>
          <w:ilvl w:val="0"/>
          <w:numId w:val="10"/>
        </w:numPr>
        <w:suppressAutoHyphens/>
        <w:autoSpaceDE w:val="0"/>
        <w:spacing w:after="0" w:line="240" w:lineRule="auto"/>
        <w:jc w:val="both"/>
      </w:pPr>
      <w:r>
        <w:t xml:space="preserve">Копия судебного постановления [при наличии].</w:t>
      </w:r>
    </w:p>
    <w:p w14:paraId="20F46DBE" w14:textId="77777777" w:rsidR="00E259CB" w:rsidRPr="004D754E" w:rsidRDefault="00E259CB" w:rsidP="00E259CB">
      <w:pPr>
        <w:widowControl w:val="0"/>
        <w:autoSpaceDE w:val="0"/>
        <w:jc w:val="both"/>
      </w:pPr>
      <w:r>
        <w:t xml:space="preserve"/>
      </w:r>
    </w:p>
    <w:p w14:paraId="5C22E81D" w14:textId="72D2C74E" w:rsidR="00E259CB" w:rsidRPr="00E259CB" w:rsidRDefault="00E259CB" w:rsidP="00E259CB">
      <w:pPr>
        <w:tabs>
          <w:tab w:val="right" w:pos="9355"/>
        </w:tabs>
        <w:spacing w:line="240" w:lineRule="atLeast"/>
        <w:rPr>
          <w:bCs/>
        </w:rPr>
      </w:pPr>
      <w:r>
        <w:rPr>
          <w:bCs/>
        </w:rPr>
        <w:t xml:space="preserve">«____» __________ 20___ г.       ______________ / [ФИО]</w:t>
      </w:r>
    </w:p>
    <w:sectPr w:rsidR="0044797C" w:rsidRPr="00E259CB" w:rsidSect="00034616">
      <w:footerReference w:type="default" r:id="rId8"/>
      <w:pgSz w:w="12240" w:h="15840"/>
      <w:pgMar w:top="1037" w:right="1080" w:bottom="1238" w:left="1195" w:header="403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286C" w14:textId="77777777" w:rsidR="00F93E86" w:rsidRDefault="00F93E86">
      <w:pPr>
        <w:spacing w:after="0" w:line="240" w:lineRule="auto"/>
      </w:pPr>
      <w:r>
        <w:separator/>
      </w:r>
    </w:p>
  </w:endnote>
  <w:endnote w:type="continuationSeparator" w:id="0">
    <w:p w14:paraId="007CEAED" w14:textId="77777777" w:rsidR="00F93E86" w:rsidRDefault="00F9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73C5" w14:textId="77777777" w:rsidR="0044797C" w:rsidRDefault="00F93E86">
    <w:pPr>
      <w:pStyle w:val="a7"/>
      <w:tabs>
        <w:tab w:val="left" w:pos="1656"/>
        <w:tab w:val="right" w:pos="9893"/>
      </w:tabs>
    </w:pPr>
    <w:r>
      <w:rPr>
        <w:noProof/>
      </w:rPr>
      <w:drawing>
        <wp:inline distT="0" distB="0" distL="0" distR="0" wp14:anchorId="6B37EAFE" wp14:editId="5B3F0D87">
          <wp:extent cx="914400" cy="428655"/>
          <wp:effectExtent l="0" t="0" r="0" b="0"/>
          <wp:docPr id="1" name="Picture 1" descr="Оригинальный логотип юридической компании PRINC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42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555555"/>
        <w:sz w:val="16"/>
      </w:rPr>
      <w:tab/>
      <w:t>Шаблон подготовлен PRINCIP · princip-law.ru</w:t>
    </w:r>
    <w:r>
      <w:rPr>
        <w:rFonts w:ascii="Arial" w:hAnsi="Arial"/>
        <w:color w:val="555555"/>
        <w:sz w:val="16"/>
      </w:rP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0C72" w14:textId="77777777" w:rsidR="00F93E86" w:rsidRDefault="00F93E86">
      <w:pPr>
        <w:spacing w:after="0" w:line="240" w:lineRule="auto"/>
      </w:pPr>
      <w:r>
        <w:separator/>
      </w:r>
    </w:p>
  </w:footnote>
  <w:footnote w:type="continuationSeparator" w:id="0">
    <w:p w14:paraId="4716F07C" w14:textId="77777777" w:rsidR="00F93E86" w:rsidRDefault="00F9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0FE3191"/>
    <w:multiLevelType w:val="hybridMultilevel"/>
    <w:tmpl w:val="DA0CA074"/>
    <w:lvl w:ilvl="0" w:tplc="3E1AD0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97C"/>
    <w:rsid w:val="006C322A"/>
    <w:rsid w:val="00AA1D8D"/>
    <w:rsid w:val="00B47730"/>
    <w:rsid w:val="00CB0664"/>
    <w:rsid w:val="00E259CB"/>
    <w:rsid w:val="00F93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FB3C0"/>
  <w14:defaultImageDpi w14:val="300"/>
  <w15:docId w15:val="{FE6A870D-6331-496F-B515-4E114E8A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140"/>
      <w:outlineLvl w:val="2"/>
    </w:pPr>
    <w:rPr>
      <w:b/>
      <w:bCs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00" w:after="140" w:line="240" w:lineRule="auto"/>
      <w:contextualSpacing/>
      <w:jc w:val="center"/>
    </w:pPr>
    <w:rPr>
      <w:b/>
      <w:spacing w:val="5"/>
      <w:kern w:val="28"/>
      <w:sz w:val="2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Arial" w:eastAsia="Arial" w:hAnsi="Arial" w:cs="Arial"/>
      <w:i/>
      <w:iCs/>
      <w:color w:val="555555"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rsid w:val="00E259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Исковое заявление о расторжении брака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subject>Редактируемый шаблон для самостоятельного заполнения</dc:subject>
  <dc:creator>PRINCIP</dc:creator>
  <cp:keywords>PRINCIP, шаблон, физические лица</cp:keywords>
  <dc:description/>
  <cp:lastModifiedBy>Ivan Losev</cp:lastModifiedBy>
  <cp:revision>2</cp:revision>
  <dcterms:created xsi:type="dcterms:W3CDTF">2013-12-23T23:15:00Z</dcterms:created>
  <dcterms:modified xsi:type="dcterms:W3CDTF">2026-09-23T12:51:00Z</dcterms:modified>
  <cp:category/>
</cp:coreProperties>
</file>