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0"/>
        <w:gridCol w:w="5091"/>
      </w:tblGrid>
      <w:tr w:rsidR="00E564C2" w14:paraId="138ACFA6" w14:textId="77777777" w:rsidTr="00E564C2">
        <w:tc>
          <w:tcPr>
            <w:tcW w:w="5090" w:type="dxa"/>
          </w:tcPr>
          <w:p w14:paraId="71438763" w14:textId="77777777" w:rsidR="00E564C2" w:rsidRPr="00E564C2" w:rsidRDefault="00E564C2" w:rsidP="00E564C2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5091" w:type="dxa"/>
          </w:tcPr>
          <w:p w14:paraId="25615D2E" w14:textId="5E7102E1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Мировому судье судебного участка № [номер]</w:t>
            </w:r>
            <w:r w:rsidRPr="00FC5A9C">
              <w:rPr>
                <w:color w:val="000000" w:themeColor="text1"/>
                <w:szCs w:val="24"/>
              </w:rPr>
              <w:br/>
              <w:t>[район, город и субъект Российской</w:t>
            </w:r>
            <w:r w:rsidR="00FC5A9C">
              <w:rPr>
                <w:color w:val="000000" w:themeColor="text1"/>
                <w:szCs w:val="24"/>
              </w:rPr>
              <w:t xml:space="preserve"> </w:t>
            </w:r>
            <w:r w:rsidRPr="00FC5A9C">
              <w:rPr>
                <w:color w:val="000000" w:themeColor="text1"/>
                <w:szCs w:val="24"/>
              </w:rPr>
              <w:t>Федерации]</w:t>
            </w:r>
            <w:r w:rsidRPr="00FC5A9C">
              <w:rPr>
                <w:color w:val="000000" w:themeColor="text1"/>
                <w:szCs w:val="24"/>
              </w:rPr>
              <w:br/>
              <w:t>Адрес суда: [почтовый адрес]</w:t>
            </w:r>
          </w:p>
          <w:p w14:paraId="1573A7D5" w14:textId="77777777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</w:p>
          <w:p w14:paraId="2340842E" w14:textId="2466D835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Должник: [фамилия, имя, отчество при наличии]</w:t>
            </w:r>
          </w:p>
          <w:p w14:paraId="18813BC1" w14:textId="112BA502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[Дата, место рождения, паспортные данные]</w:t>
            </w:r>
          </w:p>
          <w:p w14:paraId="2AD4016F" w14:textId="77777777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Адрес регистрации: [адрес с индексом]</w:t>
            </w:r>
          </w:p>
          <w:p w14:paraId="7D1BA3B6" w14:textId="10FA4BA8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Адрес фактического места жительства (при несовпадении с адресом регистрации): [адрес с индексом]</w:t>
            </w:r>
            <w:r w:rsidRPr="00FC5A9C">
              <w:rPr>
                <w:color w:val="000000" w:themeColor="text1"/>
                <w:szCs w:val="24"/>
              </w:rPr>
              <w:br/>
              <w:t>Телефон и электронная почта: [указать при наличии]</w:t>
            </w:r>
          </w:p>
          <w:p w14:paraId="6D352520" w14:textId="77777777" w:rsidR="00E564C2" w:rsidRPr="00FC5A9C" w:rsidRDefault="00E564C2" w:rsidP="00E564C2">
            <w:pPr>
              <w:spacing w:after="0"/>
              <w:rPr>
                <w:color w:val="000000" w:themeColor="text1"/>
                <w:szCs w:val="24"/>
              </w:rPr>
            </w:pPr>
          </w:p>
          <w:p w14:paraId="28647681" w14:textId="197CFB70" w:rsidR="00E564C2" w:rsidRPr="00FC5A9C" w:rsidRDefault="00E564C2" w:rsidP="00E564C2">
            <w:pPr>
              <w:spacing w:after="16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Взыскатель: [ФИО и персональные данные для гражданина, наименование, ОГРН, ИНН для организации]</w:t>
            </w:r>
            <w:r w:rsidRPr="00FC5A9C">
              <w:rPr>
                <w:color w:val="000000" w:themeColor="text1"/>
                <w:szCs w:val="24"/>
              </w:rPr>
              <w:br/>
              <w:t>Адрес: [адрес взыскателя из судебного приказа]</w:t>
            </w:r>
          </w:p>
          <w:p w14:paraId="46ADC5D1" w14:textId="6F96698A" w:rsidR="00E564C2" w:rsidRPr="00E564C2" w:rsidRDefault="00E564C2" w:rsidP="00E564C2">
            <w:pPr>
              <w:spacing w:after="160"/>
              <w:rPr>
                <w:color w:val="000000" w:themeColor="text1"/>
                <w:szCs w:val="24"/>
              </w:rPr>
            </w:pPr>
            <w:r w:rsidRPr="00FC5A9C">
              <w:rPr>
                <w:color w:val="000000" w:themeColor="text1"/>
                <w:szCs w:val="24"/>
              </w:rPr>
              <w:t>Дело № [номер дела]</w:t>
            </w:r>
          </w:p>
        </w:tc>
      </w:tr>
    </w:tbl>
    <w:p w14:paraId="5EE6A8A4" w14:textId="77777777" w:rsidR="00FC5A9C" w:rsidRDefault="0021717E" w:rsidP="00E564C2">
      <w:pPr>
        <w:pStyle w:val="aa"/>
      </w:pPr>
      <w:r>
        <w:t xml:space="preserve">Возражения </w:t>
      </w:r>
    </w:p>
    <w:p w14:paraId="58C278E9" w14:textId="377740B8" w:rsidR="00962C2A" w:rsidRDefault="0021717E" w:rsidP="00E564C2">
      <w:pPr>
        <w:pStyle w:val="aa"/>
      </w:pPr>
      <w:r>
        <w:t>относительно исполнени</w:t>
      </w:r>
      <w:r w:rsidR="00FC5A9C">
        <w:t xml:space="preserve">я </w:t>
      </w:r>
      <w:r>
        <w:t>судебного приказа</w:t>
      </w:r>
    </w:p>
    <w:p w14:paraId="18F7F036" w14:textId="51E91668" w:rsidR="00FC5A9C" w:rsidRDefault="00E564C2" w:rsidP="00FC5A9C">
      <w:pPr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>М</w:t>
      </w:r>
      <w:r w:rsidR="0021717E" w:rsidRPr="00E564C2">
        <w:rPr>
          <w:color w:val="000000" w:themeColor="text1"/>
        </w:rPr>
        <w:t>ировым судь</w:t>
      </w:r>
      <w:r w:rsidRPr="00E564C2">
        <w:rPr>
          <w:color w:val="000000" w:themeColor="text1"/>
        </w:rPr>
        <w:t>е</w:t>
      </w:r>
      <w:r w:rsidR="0021717E" w:rsidRPr="00E564C2">
        <w:rPr>
          <w:color w:val="000000" w:themeColor="text1"/>
        </w:rPr>
        <w:t xml:space="preserve">й судебного участка № [номер] [район, город и субъект РФ] </w:t>
      </w:r>
      <w:r w:rsidR="00FC5A9C">
        <w:rPr>
          <w:color w:val="000000" w:themeColor="text1"/>
        </w:rPr>
        <w:t xml:space="preserve">на основании рассмотренного заявления </w:t>
      </w:r>
      <w:r w:rsidR="00FC5A9C" w:rsidRPr="00FC5A9C">
        <w:rPr>
          <w:color w:val="000000" w:themeColor="text1"/>
        </w:rPr>
        <w:t>[</w:t>
      </w:r>
      <w:r w:rsidR="00FC5A9C">
        <w:rPr>
          <w:color w:val="000000" w:themeColor="text1"/>
        </w:rPr>
        <w:t>ФИО или наименование взыскателя</w:t>
      </w:r>
      <w:r w:rsidR="00FC5A9C" w:rsidRPr="00FC5A9C">
        <w:rPr>
          <w:color w:val="000000" w:themeColor="text1"/>
        </w:rPr>
        <w:t>]</w:t>
      </w:r>
      <w:r w:rsidR="00FC5A9C">
        <w:rPr>
          <w:color w:val="000000" w:themeColor="text1"/>
        </w:rPr>
        <w:t xml:space="preserve"> о выдаче судебного приказа, </w:t>
      </w:r>
      <w:r w:rsidR="00FC5A9C" w:rsidRPr="00E564C2">
        <w:rPr>
          <w:color w:val="000000" w:themeColor="text1"/>
        </w:rPr>
        <w:t>[</w:t>
      </w:r>
      <w:r w:rsidR="00FC5A9C">
        <w:rPr>
          <w:color w:val="000000" w:themeColor="text1"/>
        </w:rPr>
        <w:t>д</w:t>
      </w:r>
      <w:r w:rsidR="00FC5A9C" w:rsidRPr="00E564C2">
        <w:rPr>
          <w:color w:val="000000" w:themeColor="text1"/>
        </w:rPr>
        <w:t xml:space="preserve">ата вынесения] </w:t>
      </w:r>
      <w:r w:rsidR="0021717E" w:rsidRPr="00E564C2">
        <w:rPr>
          <w:color w:val="000000" w:themeColor="text1"/>
        </w:rPr>
        <w:t xml:space="preserve">вынесен судебный приказ по делу № [номер дела] о взыскании с меня в пользу [ФИО или наименование взыскателя] </w:t>
      </w:r>
      <w:r w:rsidR="00FC5A9C" w:rsidRPr="00FC5A9C">
        <w:rPr>
          <w:color w:val="000000" w:themeColor="text1"/>
        </w:rPr>
        <w:t>[</w:t>
      </w:r>
      <w:r w:rsidR="0021717E" w:rsidRPr="00E564C2">
        <w:rPr>
          <w:color w:val="000000" w:themeColor="text1"/>
        </w:rPr>
        <w:t>сумма согласно приказу].</w:t>
      </w:r>
    </w:p>
    <w:p w14:paraId="421F50E9" w14:textId="77777777" w:rsidR="00FC5A9C" w:rsidRDefault="0021717E" w:rsidP="00E564C2">
      <w:pPr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 xml:space="preserve">Копия судебного приказа получена мной [дата фактического получения], что подтверждается [название документа, подтверждающего получение]. </w:t>
      </w:r>
    </w:p>
    <w:p w14:paraId="26E43256" w14:textId="760E3303" w:rsid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Должник не соглас</w:t>
      </w:r>
      <w:r>
        <w:rPr>
          <w:szCs w:val="24"/>
        </w:rPr>
        <w:t>ен</w:t>
      </w:r>
      <w:r>
        <w:rPr>
          <w:szCs w:val="24"/>
        </w:rPr>
        <w:t xml:space="preserve"> с вынесенным судебным приказом и с требованиями, изложенными в заявлении о выдаче судебного приказа.</w:t>
      </w:r>
    </w:p>
    <w:p w14:paraId="1B6BE0A4" w14:textId="77777777" w:rsid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В соответствии со ст. 128 Гражданского процессуального кодекса Российской Федерации судья в пятидневный срок со дня вынесения судебного приказа высылает копию судебного приказа должнику, который в течение десяти дней со дня получения приказа имеет право представить возражения относительно его исполнения. </w:t>
      </w:r>
    </w:p>
    <w:p w14:paraId="7659FF29" w14:textId="4F60F7F8" w:rsidR="00FC5A9C" w:rsidRPr="00FC5A9C" w:rsidRDefault="00FC5A9C" w:rsidP="00FC5A9C">
      <w:pPr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>Настоящие возражения подаются в установленный стать</w:t>
      </w:r>
      <w:r>
        <w:rPr>
          <w:color w:val="000000" w:themeColor="text1"/>
        </w:rPr>
        <w:t>е</w:t>
      </w:r>
      <w:r w:rsidRPr="00E564C2">
        <w:rPr>
          <w:color w:val="000000" w:themeColor="text1"/>
        </w:rPr>
        <w:t xml:space="preserve">й 128 </w:t>
      </w:r>
      <w:r w:rsidR="004253B0">
        <w:rPr>
          <w:szCs w:val="24"/>
        </w:rPr>
        <w:t xml:space="preserve">Гражданского процессуального кодекса Российской Федерации </w:t>
      </w:r>
      <w:r w:rsidRPr="00E564C2">
        <w:rPr>
          <w:color w:val="000000" w:themeColor="text1"/>
        </w:rPr>
        <w:t>срок.</w:t>
      </w:r>
    </w:p>
    <w:p w14:paraId="729C2824" w14:textId="28699A87" w:rsidR="00FC5A9C" w:rsidRP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В соответствии со ст. 129 Гражданского процессуального кодекса Российской Федерации при поступлении в установленный срок возражений должника относительно исполнения судебного приказа судья отменяет судебный приказ.</w:t>
      </w:r>
    </w:p>
    <w:p w14:paraId="1763E57D" w14:textId="77777777" w:rsid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На основании вышеизложенного и руководствуясь ст. ст. 128, 129 Гражданского процессуального кодекса Российской Федерации, </w:t>
      </w:r>
    </w:p>
    <w:p w14:paraId="6E67AFC5" w14:textId="02238782" w:rsid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</w:p>
    <w:p w14:paraId="2812470B" w14:textId="77777777" w:rsid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</w:p>
    <w:p w14:paraId="1A6DDDC4" w14:textId="4497367D" w:rsidR="00FC5A9C" w:rsidRDefault="00FC5A9C" w:rsidP="00FC5A9C">
      <w:pPr>
        <w:spacing w:after="0" w:line="240" w:lineRule="auto"/>
        <w:ind w:firstLine="709"/>
        <w:jc w:val="center"/>
        <w:rPr>
          <w:b/>
          <w:bCs/>
          <w:szCs w:val="24"/>
        </w:rPr>
      </w:pPr>
      <w:r w:rsidRPr="00590FA9">
        <w:rPr>
          <w:b/>
          <w:bCs/>
          <w:szCs w:val="24"/>
        </w:rPr>
        <w:lastRenderedPageBreak/>
        <w:t>ПРОШУ:</w:t>
      </w:r>
    </w:p>
    <w:p w14:paraId="78123DF6" w14:textId="77777777" w:rsidR="00FC5A9C" w:rsidRPr="00FC5A9C" w:rsidRDefault="00FC5A9C" w:rsidP="00FC5A9C">
      <w:pPr>
        <w:spacing w:after="0" w:line="240" w:lineRule="auto"/>
        <w:ind w:firstLine="709"/>
        <w:jc w:val="center"/>
        <w:rPr>
          <w:b/>
          <w:bCs/>
          <w:szCs w:val="24"/>
        </w:rPr>
      </w:pPr>
    </w:p>
    <w:p w14:paraId="6E07D3EF" w14:textId="3B21E0B0" w:rsidR="00FC5A9C" w:rsidRPr="00E564C2" w:rsidRDefault="00FC5A9C" w:rsidP="00FC5A9C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szCs w:val="24"/>
        </w:rPr>
        <w:t>1</w:t>
      </w:r>
      <w:r>
        <w:rPr>
          <w:szCs w:val="24"/>
        </w:rPr>
        <w:t xml:space="preserve">. </w:t>
      </w:r>
      <w:r>
        <w:rPr>
          <w:color w:val="000000" w:themeColor="text1"/>
        </w:rPr>
        <w:t>О</w:t>
      </w:r>
      <w:r w:rsidRPr="00E564C2">
        <w:rPr>
          <w:color w:val="000000" w:themeColor="text1"/>
        </w:rPr>
        <w:t xml:space="preserve">тменить судебный приказ от [дата] по делу № [номер дела], вынесенный </w:t>
      </w:r>
      <w:r>
        <w:rPr>
          <w:color w:val="000000" w:themeColor="text1"/>
        </w:rPr>
        <w:t>М</w:t>
      </w:r>
      <w:r w:rsidRPr="00E564C2">
        <w:rPr>
          <w:color w:val="000000" w:themeColor="text1"/>
        </w:rPr>
        <w:t>ировым судь</w:t>
      </w:r>
      <w:r>
        <w:rPr>
          <w:color w:val="000000" w:themeColor="text1"/>
        </w:rPr>
        <w:t>е</w:t>
      </w:r>
      <w:r w:rsidRPr="00E564C2">
        <w:rPr>
          <w:color w:val="000000" w:themeColor="text1"/>
        </w:rPr>
        <w:t>й судебного участка № [номер] [район, город и субъект РФ].</w:t>
      </w:r>
    </w:p>
    <w:p w14:paraId="7747B6BA" w14:textId="26BABE87" w:rsidR="00FC5A9C" w:rsidRDefault="00FC5A9C" w:rsidP="00FC5A9C">
      <w:pPr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 xml:space="preserve">Копию определения об отмене судебного приказа прошу направить по </w:t>
      </w:r>
      <w:r>
        <w:rPr>
          <w:color w:val="000000" w:themeColor="text1"/>
        </w:rPr>
        <w:t xml:space="preserve">адресу: </w:t>
      </w:r>
      <w:r w:rsidRPr="00FC5A9C">
        <w:rPr>
          <w:color w:val="000000" w:themeColor="text1"/>
        </w:rPr>
        <w:t>[</w:t>
      </w:r>
      <w:r>
        <w:rPr>
          <w:color w:val="000000" w:themeColor="text1"/>
        </w:rPr>
        <w:t>адрес, индекс</w:t>
      </w:r>
      <w:r w:rsidRPr="00FC5A9C">
        <w:rPr>
          <w:color w:val="000000" w:themeColor="text1"/>
        </w:rPr>
        <w:t>]</w:t>
      </w:r>
      <w:r>
        <w:rPr>
          <w:color w:val="000000" w:themeColor="text1"/>
        </w:rPr>
        <w:t>.</w:t>
      </w:r>
    </w:p>
    <w:p w14:paraId="652C1842" w14:textId="77777777" w:rsidR="00FC5A9C" w:rsidRPr="00FC5A9C" w:rsidRDefault="00FC5A9C" w:rsidP="00FC5A9C">
      <w:pPr>
        <w:spacing w:after="0" w:line="240" w:lineRule="auto"/>
        <w:ind w:firstLine="709"/>
        <w:jc w:val="both"/>
        <w:rPr>
          <w:szCs w:val="24"/>
        </w:rPr>
      </w:pPr>
    </w:p>
    <w:p w14:paraId="4120FA50" w14:textId="5615C2E7" w:rsidR="00962C2A" w:rsidRPr="00FC5A9C" w:rsidRDefault="0021717E" w:rsidP="00FC5A9C">
      <w:pPr>
        <w:pStyle w:val="21"/>
        <w:spacing w:before="0" w:after="0" w:line="240" w:lineRule="auto"/>
        <w:ind w:firstLine="709"/>
        <w:jc w:val="both"/>
        <w:rPr>
          <w:b w:val="0"/>
          <w:bCs w:val="0"/>
          <w:color w:val="000000" w:themeColor="text1"/>
        </w:rPr>
      </w:pPr>
      <w:r w:rsidRPr="00FC5A9C">
        <w:rPr>
          <w:b w:val="0"/>
          <w:bCs w:val="0"/>
          <w:color w:val="000000" w:themeColor="text1"/>
        </w:rPr>
        <w:t>Приложения</w:t>
      </w:r>
      <w:r w:rsidR="004253B0">
        <w:rPr>
          <w:b w:val="0"/>
          <w:bCs w:val="0"/>
          <w:color w:val="000000" w:themeColor="text1"/>
        </w:rPr>
        <w:t>:</w:t>
      </w:r>
    </w:p>
    <w:p w14:paraId="1E8D02EA" w14:textId="79652A1E" w:rsidR="00FC5A9C" w:rsidRDefault="0021717E" w:rsidP="00FC5A9C">
      <w:pPr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>1. [Документ, подтверждающий дату получения копии приказа]</w:t>
      </w:r>
      <w:r w:rsidR="00FC5A9C">
        <w:rPr>
          <w:color w:val="000000" w:themeColor="text1"/>
        </w:rPr>
        <w:t>;</w:t>
      </w:r>
    </w:p>
    <w:p w14:paraId="292F9F2A" w14:textId="68FE1C24" w:rsidR="00962C2A" w:rsidRDefault="00FC5A9C" w:rsidP="00FC5A9C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Копия паспорта должника.</w:t>
      </w:r>
    </w:p>
    <w:p w14:paraId="778A7A6D" w14:textId="77777777" w:rsidR="00FC5A9C" w:rsidRPr="00E564C2" w:rsidRDefault="00FC5A9C" w:rsidP="00FC5A9C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22F9C867" w14:textId="46F076D5" w:rsidR="00962C2A" w:rsidRPr="00E564C2" w:rsidRDefault="0021717E" w:rsidP="00E564C2">
      <w:pPr>
        <w:keepLines/>
        <w:spacing w:after="0" w:line="240" w:lineRule="auto"/>
        <w:ind w:firstLine="709"/>
        <w:jc w:val="both"/>
        <w:rPr>
          <w:color w:val="000000" w:themeColor="text1"/>
        </w:rPr>
      </w:pPr>
      <w:r w:rsidRPr="00E564C2">
        <w:rPr>
          <w:color w:val="000000" w:themeColor="text1"/>
        </w:rPr>
        <w:t xml:space="preserve">[дата подписания]   </w:t>
      </w:r>
      <w:r w:rsidR="00FC5A9C">
        <w:rPr>
          <w:color w:val="000000" w:themeColor="text1"/>
        </w:rPr>
        <w:t xml:space="preserve">                                                                     </w:t>
      </w:r>
      <w:r w:rsidRPr="00E564C2">
        <w:rPr>
          <w:color w:val="000000" w:themeColor="text1"/>
        </w:rPr>
        <w:t xml:space="preserve">  __________________ [ФИО] </w:t>
      </w:r>
    </w:p>
    <w:sectPr w:rsidR="00962C2A" w:rsidRPr="00E564C2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A6C9" w14:textId="77777777" w:rsidR="00554ED1" w:rsidRDefault="00554ED1">
      <w:pPr>
        <w:spacing w:after="0" w:line="240" w:lineRule="auto"/>
      </w:pPr>
      <w:r>
        <w:separator/>
      </w:r>
    </w:p>
  </w:endnote>
  <w:endnote w:type="continuationSeparator" w:id="0">
    <w:p w14:paraId="1D4A4818" w14:textId="77777777" w:rsidR="00554ED1" w:rsidRDefault="00554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A3CA" w14:textId="77777777" w:rsidR="00962C2A" w:rsidRDefault="0021717E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575CE3BD" wp14:editId="2199ADC4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B536" w14:textId="77777777" w:rsidR="00554ED1" w:rsidRDefault="00554ED1">
      <w:pPr>
        <w:spacing w:after="0" w:line="240" w:lineRule="auto"/>
      </w:pPr>
      <w:r>
        <w:separator/>
      </w:r>
    </w:p>
  </w:footnote>
  <w:footnote w:type="continuationSeparator" w:id="0">
    <w:p w14:paraId="61CD7984" w14:textId="77777777" w:rsidR="00554ED1" w:rsidRDefault="00554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17E"/>
    <w:rsid w:val="0029639D"/>
    <w:rsid w:val="00326F90"/>
    <w:rsid w:val="004253B0"/>
    <w:rsid w:val="00554ED1"/>
    <w:rsid w:val="00962C2A"/>
    <w:rsid w:val="00AA1D8D"/>
    <w:rsid w:val="00B47730"/>
    <w:rsid w:val="00B566A2"/>
    <w:rsid w:val="00CB0664"/>
    <w:rsid w:val="00E564C2"/>
    <w:rsid w:val="00FC5A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A1766"/>
  <w14:defaultImageDpi w14:val="300"/>
  <w15:docId w15:val="{3891022D-5CD9-42E4-8566-C19409C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Возражения относительно исполнения судебного приказа</vt:lpstr>
      <vt:lpstr/>
    </vt:vector>
  </TitlesOfParts>
  <Manager/>
  <Company/>
  <LinksUpToDate>false</LinksUpToDate>
  <CharactersWithSpaces>2422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4</cp:revision>
  <dcterms:created xsi:type="dcterms:W3CDTF">2013-12-23T23:15:00Z</dcterms:created>
  <dcterms:modified xsi:type="dcterms:W3CDTF">2026-09-23T12:08:00Z</dcterms:modified>
  <cp:category/>
</cp:coreProperties>
</file>