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2"/>
        <w:gridCol w:w="5023"/>
      </w:tblGrid>
      <w:tr w:rsidR="00E259CB" w:rsidRPr="00E259CB" w14:paraId="6AE66E28" w14:textId="77777777" w:rsidTr="00E259CB">
        <w:trPr/>
        <w:tc>
          <w:tcPr>
            <w:tcW w:w="5022" w:type="dxa"/>
          </w:tcPr>
          <w:p w14:paraId="1EA8E115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</w:p>
        </w:tc>
        <w:tc>
          <w:tcPr>
            <w:tcW w:w="5023" w:type="dxa"/>
          </w:tcPr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В [наименование отделения судебных приставов]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Адрес: [адрес подразделения]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Взыскатель: [ФИО]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Адрес: [место жительства]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Телефон, e-mail: [указать]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Должник: [ФИО / наименование]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Адрес должника: [известный адрес]</w:t>
            </w:r>
          </w:p>
        </w:tc>
      </w:tr>
    </w:tbl>
    <w:p w14:paraId="0A8F6C0A" w14:textId="77777777" w:rsidR="00E259CB" w:rsidRDefault="00F93E86" w:rsidP="00E259CB">
      <w:pPr>
        <w:pStyle w:val="aa"/>
        <w:keepNext/>
      </w:pPr>
      <w:r>
        <w:t xml:space="preserve">Заявление</w:t>
      </w:r>
    </w:p>
    <w:p w14:paraId="0A8F6C0A" w14:textId="77777777" w:rsidR="00E259CB" w:rsidRDefault="00F93E86" w:rsidP="00E259CB">
      <w:pPr>
        <w:pStyle w:val="aa"/>
        <w:keepNext/>
      </w:pPr>
      <w:r>
        <w:t xml:space="preserve">о возбуждении исполнительного производства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Предъявляю к исполнению [исполнительный лист / судебный приказ] № [номер], выданный [суд] [дата] по делу № [номер]. Предмет исполнения: [точное содержание требования и сумма].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По состоянию на дату заявления требование не исполнено [либо исполнено частично на сумму ___ рублей; остаток ___ рублей].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Известные сведения о должнике: [дата и место рождения, идентификатор, место работы, телефон, имущество и счета — только известные сведения; для организации ИНН и ОГРН].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Реквизиты счёта взыскателя в российской кредитной организации: получатель [ФИО], номер счёта [20 цифр], банк [наименование], БИК [номер], корреспондентский счёт [номер].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  <w:keepNext/>
      </w:pPr>
      <w:r>
        <w:rPr>
          <w:color w:val="000000" w:themeColor="text1"/>
        </w:rPr>
        <w:t xml:space="preserve">На основании статей 30 и 33 Федерального закона от 02.10.2007 № 229-ФЗ «Об исполнительном производстве»,</w:t>
      </w:r>
    </w:p>
    <w:p w14:paraId="05427CEB" w14:textId="3E7403B5" w:rsidR="00E259CB" w:rsidRDefault="00E259CB" w:rsidP="00E259CB">
      <w:pPr>
        <w:widowControl w:val="0"/>
        <w:autoSpaceDE w:val="0"/>
        <w:jc w:val="center"/>
        <w:rPr>
          <w:b/>
        </w:rPr>
        <w:keepNext/>
      </w:pPr>
      <w:r>
        <w:rPr>
          <w:b/>
        </w:rPr>
        <w:t xml:space="preserve">ПРОШУ: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Возбудить исполнительное производство на основании прилагаемого исполнительного документа.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Перечислять взысканные денежные средства на указанный выше банковский счёт взыскателя.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Направить мне постановление о возбуждении исполнительного производства в установленном законом порядке.</w:t>
      </w:r>
    </w:p>
    <w:p w14:paraId="7BB87FCF" w14:textId="77777777" w:rsidR="00E259CB" w:rsidRDefault="00E259CB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t xml:space="preserve"/>
      </w:r>
    </w:p>
    <w:p w14:paraId="5A348F5D" w14:textId="2BC4AF38" w:rsidR="00E259CB" w:rsidRPr="004D754E" w:rsidRDefault="00E259CB" w:rsidP="00E259CB">
      <w:pPr>
        <w:autoSpaceDE w:val="0"/>
        <w:ind w:firstLine="540"/>
        <w:jc w:val="both"/>
        <w:keepNext/>
      </w:pPr>
      <w:r>
        <w:t xml:space="preserve">Приложения:</w:t>
      </w:r>
    </w:p>
    <w:p w14:paraId="2D6CBA27" w14:textId="77777777" w:rsidR="00E259CB" w:rsidRPr="004D754E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  <w:keepNext/>
      </w:pPr>
      <w:r>
        <w:t xml:space="preserve">Подлинник исполнительного документа.</w:t>
      </w:r>
    </w:p>
    <w:p w14:paraId="2D6CBA27" w14:textId="77777777" w:rsidR="00E259CB" w:rsidRPr="004D754E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  <w:keepNext/>
      </w:pPr>
      <w:r>
        <w:t xml:space="preserve">Банковские реквизиты счёта взыскателя.</w:t>
      </w:r>
    </w:p>
    <w:p w14:paraId="2D6CBA27" w14:textId="77777777" w:rsidR="00E259CB" w:rsidRPr="004D754E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  <w:keepNext/>
      </w:pPr>
      <w:r>
        <w:t xml:space="preserve">Документ о полномочиях представителя [если применимо].</w:t>
      </w:r>
    </w:p>
    <w:p w14:paraId="2D6CBA27" w14:textId="77777777" w:rsidR="00E259CB" w:rsidRPr="004D754E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</w:pPr>
      <w:r>
        <w:t xml:space="preserve">Документы об исполнении части требования и сведения о должнике [при наличии].</w:t>
      </w:r>
    </w:p>
    <w:p w14:paraId="20F46DBE" w14:textId="77777777" w:rsidR="00E259CB" w:rsidRPr="004D754E" w:rsidRDefault="00E259CB" w:rsidP="00E259CB">
      <w:pPr>
        <w:widowControl w:val="0"/>
        <w:autoSpaceDE w:val="0"/>
        <w:jc w:val="both"/>
      </w:pPr>
      <w:r>
        <w:t xml:space="preserve"/>
      </w:r>
    </w:p>
    <w:p w14:paraId="5C22E81D" w14:textId="72D2C74E" w:rsidR="00E259CB" w:rsidRPr="00E259CB" w:rsidRDefault="00E259CB" w:rsidP="00E259CB">
      <w:pPr>
        <w:tabs>
          <w:tab w:val="right" w:pos="9355"/>
        </w:tabs>
        <w:spacing w:line="240" w:lineRule="atLeast"/>
        <w:rPr>
          <w:bCs/>
        </w:rPr>
      </w:pPr>
      <w:r>
        <w:rPr>
          <w:bCs/>
        </w:rPr>
        <w:t xml:space="preserve">«____» __________ 20___ г.       ______________ / [ФИО]</w:t>
      </w:r>
    </w:p>
    <w:sectPr w:rsidR="0044797C" w:rsidRPr="00E259CB" w:rsidSect="00034616">
      <w:footerReference w:type="default" r:id="rId8"/>
      <w:pgSz w:w="12240" w:h="15840"/>
      <w:pgMar w:top="1037" w:right="1080" w:bottom="1238" w:left="1195" w:header="403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F286C" w14:textId="77777777" w:rsidR="00F93E86" w:rsidRDefault="00F93E86">
      <w:pPr>
        <w:spacing w:after="0" w:line="240" w:lineRule="auto"/>
      </w:pPr>
      <w:r>
        <w:separator/>
      </w:r>
    </w:p>
  </w:endnote>
  <w:endnote w:type="continuationSeparator" w:id="0">
    <w:p w14:paraId="007CEAED" w14:textId="77777777" w:rsidR="00F93E86" w:rsidRDefault="00F9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73C5" w14:textId="77777777" w:rsidR="0044797C" w:rsidRDefault="00F93E86">
    <w:pPr>
      <w:pStyle w:val="a7"/>
      <w:tabs>
        <w:tab w:val="left" w:pos="1656"/>
        <w:tab w:val="right" w:pos="9893"/>
      </w:tabs>
    </w:pPr>
    <w:r>
      <w:rPr>
        <w:noProof/>
      </w:rPr>
      <w:drawing>
        <wp:inline distT="0" distB="0" distL="0" distR="0" wp14:anchorId="6B37EAFE" wp14:editId="5B3F0D87">
          <wp:extent cx="914400" cy="428655"/>
          <wp:effectExtent l="0" t="0" r="0" b="0"/>
          <wp:docPr id="1" name="Picture 1" descr="Оригинальный логотип юридической компании PRINC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ncip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42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555555"/>
        <w:sz w:val="16"/>
      </w:rPr>
      <w:tab/>
      <w:t>Шаблон подготовлен PRINCIP · princip-law.ru</w:t>
    </w:r>
    <w:r>
      <w:rPr>
        <w:rFonts w:ascii="Arial" w:hAnsi="Arial"/>
        <w:color w:val="555555"/>
        <w:sz w:val="16"/>
      </w:rPr>
      <w:tab/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20C72" w14:textId="77777777" w:rsidR="00F93E86" w:rsidRDefault="00F93E86">
      <w:pPr>
        <w:spacing w:after="0" w:line="240" w:lineRule="auto"/>
      </w:pPr>
      <w:r>
        <w:separator/>
      </w:r>
    </w:p>
  </w:footnote>
  <w:footnote w:type="continuationSeparator" w:id="0">
    <w:p w14:paraId="4716F07C" w14:textId="77777777" w:rsidR="00F93E86" w:rsidRDefault="00F9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0FE3191"/>
    <w:multiLevelType w:val="hybridMultilevel"/>
    <w:tmpl w:val="DA0CA074"/>
    <w:lvl w:ilvl="0" w:tplc="3E1AD0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797C"/>
    <w:rsid w:val="006C322A"/>
    <w:rsid w:val="00AA1D8D"/>
    <w:rsid w:val="00B47730"/>
    <w:rsid w:val="00CB0664"/>
    <w:rsid w:val="00E259CB"/>
    <w:rsid w:val="00F93E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DFB3C0"/>
  <w14:defaultImageDpi w14:val="300"/>
  <w15:docId w15:val="{FE6A870D-6331-496F-B515-4E114E8A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eastAsia="Times New Roman" w:hAnsi="Times New Roman" w:cs="Times New Roman"/>
      <w:color w:val="000000"/>
      <w:sz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40"/>
      <w:outlineLvl w:val="0"/>
    </w:pPr>
    <w:rPr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40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140"/>
      <w:outlineLvl w:val="2"/>
    </w:pPr>
    <w:rPr>
      <w:b/>
      <w:bCs/>
      <w:sz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200" w:after="140" w:line="240" w:lineRule="auto"/>
      <w:contextualSpacing/>
      <w:jc w:val="center"/>
    </w:pPr>
    <w:rPr>
      <w:b/>
      <w:spacing w:val="5"/>
      <w:kern w:val="28"/>
      <w:sz w:val="2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Arial" w:eastAsia="Arial" w:hAnsi="Arial" w:cs="Arial"/>
      <w:i/>
      <w:iCs/>
      <w:color w:val="555555"/>
      <w:spacing w:val="15"/>
      <w:sz w:val="20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sPlusNormal">
    <w:name w:val="ConsPlusNormal"/>
    <w:rsid w:val="00E259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Исковое заявление о расторжении брака</vt:lpstr>
      <vt:lpstr/>
    </vt:vector>
  </TitlesOfParts>
  <Manager/>
  <Company/>
  <LinksUpToDate>false</LinksUpToDate>
  <CharactersWithSpaces>3070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</dc:title>
  <dc:subject>Редактируемый шаблон для самостоятельного заполнения</dc:subject>
  <dc:creator>PRINCIP</dc:creator>
  <cp:keywords>PRINCIP, шаблон, физические лица</cp:keywords>
  <dc:description/>
  <cp:lastModifiedBy>Ivan Losev</cp:lastModifiedBy>
  <cp:revision>2</cp:revision>
  <dcterms:created xsi:type="dcterms:W3CDTF">2013-12-23T23:15:00Z</dcterms:created>
  <dcterms:modified xsi:type="dcterms:W3CDTF">2026-09-23T12:51:00Z</dcterms:modified>
  <cp:category/>
</cp:coreProperties>
</file>