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0"/>
        <w:gridCol w:w="5091"/>
      </w:tblGrid>
      <w:tr w:rsidR="00CD1B72" w:rsidRPr="00CD1B72" w14:paraId="775C0E30" w14:textId="77777777" w:rsidTr="00CD1B72">
        <w:tc>
          <w:tcPr>
            <w:tcW w:w="5090" w:type="dxa"/>
          </w:tcPr>
          <w:p w14:paraId="2E3520A7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5091" w:type="dxa"/>
          </w:tcPr>
          <w:p w14:paraId="1A60B03E" w14:textId="45ED125E" w:rsid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</w:rPr>
              <w:t>Мировому судье судебного участка № [номер]</w:t>
            </w:r>
            <w:r w:rsidRPr="00CD1B72">
              <w:rPr>
                <w:color w:val="000000" w:themeColor="text1"/>
              </w:rPr>
              <w:br/>
              <w:t>[район, город и субъект Российской Федерации]</w:t>
            </w:r>
            <w:r w:rsidRPr="00CD1B72">
              <w:rPr>
                <w:color w:val="000000" w:themeColor="text1"/>
              </w:rPr>
              <w:br/>
              <w:t>Адрес суда: [почтовый адрес]</w:t>
            </w:r>
          </w:p>
          <w:p w14:paraId="32E66DB3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</w:p>
          <w:p w14:paraId="0A55F845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</w:rPr>
              <w:t>Взыскатель: [фамилия, имя, отчество при наличии]</w:t>
            </w:r>
          </w:p>
          <w:p w14:paraId="1F2215F5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Дата и место рождения: [дата; населённый пункт]</w:t>
            </w:r>
          </w:p>
          <w:p w14:paraId="79B115E4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Место жительства или пребывания: [адрес с индексом]</w:t>
            </w:r>
          </w:p>
          <w:p w14:paraId="19A1CD62" w14:textId="7CF50C65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Идентификатор: [СНИЛС, ИНН</w:t>
            </w:r>
            <w:r>
              <w:rPr>
                <w:color w:val="000000" w:themeColor="text1"/>
                <w:sz w:val="22"/>
              </w:rPr>
              <w:t>, паспортные данные</w:t>
            </w:r>
            <w:r w:rsidRPr="00CD1B72">
              <w:rPr>
                <w:color w:val="000000" w:themeColor="text1"/>
                <w:sz w:val="22"/>
              </w:rPr>
              <w:t>]</w:t>
            </w:r>
          </w:p>
          <w:p w14:paraId="6F50DE53" w14:textId="4D0B45CA" w:rsidR="00CD1B72" w:rsidRDefault="00CD1B72" w:rsidP="00CD1B72">
            <w:pPr>
              <w:spacing w:after="0"/>
              <w:rPr>
                <w:color w:val="000000" w:themeColor="text1"/>
                <w:sz w:val="22"/>
              </w:rPr>
            </w:pPr>
            <w:r w:rsidRPr="00CD1B72">
              <w:rPr>
                <w:color w:val="000000" w:themeColor="text1"/>
                <w:sz w:val="22"/>
              </w:rPr>
              <w:t>Телефон и электронная почта: [указать при наличии]</w:t>
            </w:r>
          </w:p>
          <w:p w14:paraId="44814773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</w:p>
          <w:p w14:paraId="0C6DF910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</w:rPr>
              <w:t>Должник: [фамилия, имя, отчество при наличии]</w:t>
            </w:r>
          </w:p>
          <w:p w14:paraId="71F8854B" w14:textId="715B1C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Дата и место рождения: [дата; населённый пункт]</w:t>
            </w:r>
          </w:p>
          <w:p w14:paraId="661E8E12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Место жительства или пребывания: [адрес с индексом]</w:t>
            </w:r>
          </w:p>
          <w:p w14:paraId="3D3D443F" w14:textId="5FE98A82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 xml:space="preserve">Идентификатор: [СНИЛС, ИНН либо серия и номер паспорта] </w:t>
            </w:r>
          </w:p>
          <w:p w14:paraId="726FFA74" w14:textId="4F600148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2"/>
              </w:rPr>
              <w:t>Место работы: [наименование и адрес]</w:t>
            </w:r>
          </w:p>
          <w:p w14:paraId="698BAC1D" w14:textId="2E9EE44A" w:rsidR="00CD1B72" w:rsidRDefault="00CD1B72" w:rsidP="00CD1B72">
            <w:pPr>
              <w:spacing w:after="0"/>
              <w:rPr>
                <w:color w:val="000000" w:themeColor="text1"/>
                <w:sz w:val="22"/>
              </w:rPr>
            </w:pPr>
            <w:r w:rsidRPr="00CD1B72">
              <w:rPr>
                <w:color w:val="000000" w:themeColor="text1"/>
                <w:sz w:val="22"/>
              </w:rPr>
              <w:t>Телефон и электронная почта: [указать при наличии]</w:t>
            </w:r>
          </w:p>
          <w:p w14:paraId="20A8B8BC" w14:textId="77777777" w:rsidR="00CD1B72" w:rsidRDefault="00CD1B72" w:rsidP="00CD1B72">
            <w:pPr>
              <w:spacing w:after="0"/>
              <w:rPr>
                <w:color w:val="000000" w:themeColor="text1"/>
                <w:sz w:val="22"/>
              </w:rPr>
            </w:pPr>
          </w:p>
          <w:p w14:paraId="1B861C98" w14:textId="1122F9D6" w:rsidR="00CD1B72" w:rsidRDefault="00CD1B72" w:rsidP="00CD1B72">
            <w:pPr>
              <w:spacing w:after="0"/>
              <w:rPr>
                <w:i/>
                <w:iCs/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*В случае, если </w:t>
            </w:r>
            <w:r w:rsidR="00102442">
              <w:rPr>
                <w:color w:val="000000" w:themeColor="text1"/>
                <w:sz w:val="22"/>
              </w:rPr>
              <w:t>известны не все данные Должника прописать</w:t>
            </w:r>
            <w:r>
              <w:rPr>
                <w:color w:val="000000" w:themeColor="text1"/>
                <w:sz w:val="22"/>
              </w:rPr>
              <w:t xml:space="preserve"> – </w:t>
            </w:r>
            <w:r w:rsidRPr="00CD1B72">
              <w:rPr>
                <w:i/>
                <w:iCs/>
                <w:color w:val="000000" w:themeColor="text1"/>
                <w:sz w:val="22"/>
              </w:rPr>
              <w:t>Иные персональные данные Должника Взыскателю неизвестны</w:t>
            </w:r>
          </w:p>
          <w:p w14:paraId="0A9868A0" w14:textId="77777777" w:rsidR="00CD1B72" w:rsidRPr="00CD1B72" w:rsidRDefault="00CD1B72" w:rsidP="00CD1B72">
            <w:pPr>
              <w:spacing w:after="0"/>
              <w:rPr>
                <w:color w:val="000000" w:themeColor="text1"/>
                <w:sz w:val="22"/>
              </w:rPr>
            </w:pPr>
          </w:p>
          <w:p w14:paraId="7FEB4B37" w14:textId="09EDD8D6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  <w:r w:rsidRPr="00CD1B72">
              <w:rPr>
                <w:color w:val="000000" w:themeColor="text1"/>
                <w:sz w:val="21"/>
              </w:rPr>
              <w:t xml:space="preserve">Государственная пошлина: </w:t>
            </w:r>
            <w:r>
              <w:rPr>
                <w:color w:val="000000" w:themeColor="text1"/>
                <w:sz w:val="21"/>
              </w:rPr>
              <w:t>В</w:t>
            </w:r>
            <w:r w:rsidRPr="00CD1B72">
              <w:rPr>
                <w:color w:val="000000" w:themeColor="text1"/>
                <w:sz w:val="21"/>
              </w:rPr>
              <w:t>зыскатель освобождён от уплаты</w:t>
            </w:r>
            <w:r>
              <w:rPr>
                <w:color w:val="000000" w:themeColor="text1"/>
                <w:sz w:val="21"/>
              </w:rPr>
              <w:t xml:space="preserve"> </w:t>
            </w:r>
            <w:r w:rsidRPr="00CD1B72">
              <w:rPr>
                <w:color w:val="000000" w:themeColor="text1"/>
                <w:sz w:val="21"/>
              </w:rPr>
              <w:t>на основании подпункта 2 пункта 1 статьи 333.36 НК РФ</w:t>
            </w:r>
          </w:p>
          <w:p w14:paraId="47327FC2" w14:textId="77777777" w:rsidR="00CD1B72" w:rsidRPr="00CD1B72" w:rsidRDefault="00CD1B72" w:rsidP="00CD1B72">
            <w:pPr>
              <w:spacing w:after="0"/>
              <w:rPr>
                <w:color w:val="000000" w:themeColor="text1"/>
              </w:rPr>
            </w:pPr>
          </w:p>
        </w:tc>
      </w:tr>
    </w:tbl>
    <w:p w14:paraId="54DDB761" w14:textId="77777777" w:rsidR="00666636" w:rsidRPr="00CD1B72" w:rsidRDefault="001E3334" w:rsidP="00CD1B72">
      <w:pPr>
        <w:pStyle w:val="aa"/>
        <w:spacing w:before="0" w:after="0"/>
        <w:rPr>
          <w:color w:val="000000" w:themeColor="text1"/>
          <w:sz w:val="24"/>
          <w:szCs w:val="24"/>
        </w:rPr>
      </w:pPr>
      <w:r w:rsidRPr="00CD1B72">
        <w:rPr>
          <w:color w:val="000000" w:themeColor="text1"/>
          <w:sz w:val="24"/>
          <w:szCs w:val="24"/>
        </w:rPr>
        <w:t>Заявление о выдаче судебного приказа</w:t>
      </w:r>
    </w:p>
    <w:p w14:paraId="58D0DBE7" w14:textId="05D748FC" w:rsidR="00666636" w:rsidRDefault="001E3334" w:rsidP="00CD1B72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CD1B72">
        <w:rPr>
          <w:b/>
          <w:color w:val="000000" w:themeColor="text1"/>
          <w:szCs w:val="24"/>
        </w:rPr>
        <w:t xml:space="preserve">о взыскании алиментов на </w:t>
      </w:r>
      <w:r w:rsidRPr="00CD1B72">
        <w:rPr>
          <w:b/>
          <w:color w:val="000000" w:themeColor="text1"/>
          <w:szCs w:val="24"/>
        </w:rPr>
        <w:t>несовершеннолетнего ребёнка</w:t>
      </w:r>
    </w:p>
    <w:p w14:paraId="250E86AE" w14:textId="77777777" w:rsidR="00CD1B72" w:rsidRPr="00CD1B72" w:rsidRDefault="00CD1B72" w:rsidP="00CD1B72">
      <w:pPr>
        <w:spacing w:after="0" w:line="240" w:lineRule="auto"/>
        <w:jc w:val="center"/>
        <w:rPr>
          <w:color w:val="000000" w:themeColor="text1"/>
          <w:szCs w:val="24"/>
        </w:rPr>
      </w:pPr>
    </w:p>
    <w:p w14:paraId="5F911AB0" w14:textId="77777777" w:rsidR="00666636" w:rsidRPr="00CD1B72" w:rsidRDefault="001E3334" w:rsidP="00CD1B72">
      <w:pPr>
        <w:spacing w:after="0" w:line="240" w:lineRule="auto"/>
        <w:ind w:firstLine="709"/>
        <w:jc w:val="both"/>
        <w:rPr>
          <w:color w:val="000000" w:themeColor="text1"/>
        </w:rPr>
      </w:pPr>
      <w:r w:rsidRPr="00CD1B72">
        <w:rPr>
          <w:color w:val="000000" w:themeColor="text1"/>
        </w:rPr>
        <w:t xml:space="preserve">Я и </w:t>
      </w:r>
      <w:r w:rsidRPr="00CD1B72">
        <w:rPr>
          <w:color w:val="000000" w:themeColor="text1"/>
        </w:rPr>
        <w:t>[ФИО должника]</w:t>
      </w:r>
      <w:r w:rsidRPr="00CD1B72">
        <w:rPr>
          <w:color w:val="000000" w:themeColor="text1"/>
        </w:rPr>
        <w:t xml:space="preserve"> являемся родителями </w:t>
      </w:r>
      <w:r w:rsidRPr="00CD1B72">
        <w:rPr>
          <w:color w:val="000000" w:themeColor="text1"/>
        </w:rPr>
        <w:t>[ФИО ребёнка]</w:t>
      </w:r>
      <w:r w:rsidRPr="00CD1B72">
        <w:rPr>
          <w:color w:val="000000" w:themeColor="text1"/>
        </w:rPr>
        <w:t xml:space="preserve">, </w:t>
      </w:r>
      <w:r w:rsidRPr="00CD1B72">
        <w:rPr>
          <w:color w:val="000000" w:themeColor="text1"/>
        </w:rPr>
        <w:t>[дата рождения]</w:t>
      </w:r>
      <w:r w:rsidRPr="00CD1B72">
        <w:rPr>
          <w:color w:val="000000" w:themeColor="text1"/>
        </w:rPr>
        <w:t xml:space="preserve"> года рождения. Сведения о родителях подтверждаются свидетельством о рождении </w:t>
      </w:r>
      <w:r w:rsidRPr="00CD1B72">
        <w:rPr>
          <w:color w:val="000000" w:themeColor="text1"/>
        </w:rPr>
        <w:t>[серия, номер, дата выдачи, орган ЗАГС]</w:t>
      </w:r>
      <w:r w:rsidRPr="00CD1B72">
        <w:rPr>
          <w:color w:val="000000" w:themeColor="text1"/>
        </w:rPr>
        <w:t>.</w:t>
      </w:r>
    </w:p>
    <w:p w14:paraId="5CB9AFBF" w14:textId="77777777" w:rsidR="00666636" w:rsidRPr="00CD1B72" w:rsidRDefault="001E3334" w:rsidP="00CD1B72">
      <w:pPr>
        <w:spacing w:after="0" w:line="240" w:lineRule="auto"/>
        <w:ind w:firstLine="709"/>
        <w:jc w:val="both"/>
        <w:rPr>
          <w:color w:val="000000" w:themeColor="text1"/>
        </w:rPr>
      </w:pPr>
      <w:r w:rsidRPr="00CD1B72">
        <w:rPr>
          <w:color w:val="000000" w:themeColor="text1"/>
        </w:rPr>
        <w:t>Ребёнок проживает совместно со мной п</w:t>
      </w:r>
      <w:r w:rsidRPr="00CD1B72">
        <w:rPr>
          <w:color w:val="000000" w:themeColor="text1"/>
        </w:rPr>
        <w:t xml:space="preserve">о адресу: </w:t>
      </w:r>
      <w:r w:rsidRPr="00CD1B72">
        <w:rPr>
          <w:color w:val="000000" w:themeColor="text1"/>
        </w:rPr>
        <w:t>[адрес]</w:t>
      </w:r>
      <w:r w:rsidRPr="00CD1B72">
        <w:rPr>
          <w:color w:val="000000" w:themeColor="text1"/>
        </w:rPr>
        <w:t xml:space="preserve">. Расходы на его содержание несу я. Должник содержание ребёнку не предоставляет </w:t>
      </w:r>
      <w:r w:rsidRPr="00CD1B72">
        <w:rPr>
          <w:color w:val="000000" w:themeColor="text1"/>
        </w:rPr>
        <w:t>[уточнить фактические обстоятельства, если помощь оказывается нерегулярно или не в полном объёме]</w:t>
      </w:r>
      <w:r w:rsidRPr="00CD1B72">
        <w:rPr>
          <w:color w:val="000000" w:themeColor="text1"/>
        </w:rPr>
        <w:t>.</w:t>
      </w:r>
    </w:p>
    <w:p w14:paraId="5A981C1C" w14:textId="0C822E57" w:rsidR="00666636" w:rsidRPr="00CD1B72" w:rsidRDefault="001E3334" w:rsidP="00CD1B72">
      <w:pPr>
        <w:spacing w:after="0" w:line="240" w:lineRule="auto"/>
        <w:ind w:firstLine="709"/>
        <w:jc w:val="both"/>
        <w:rPr>
          <w:color w:val="000000" w:themeColor="text1"/>
        </w:rPr>
      </w:pPr>
      <w:r w:rsidRPr="00CD1B72">
        <w:rPr>
          <w:color w:val="000000" w:themeColor="text1"/>
        </w:rPr>
        <w:t xml:space="preserve">Соглашение об уплате алиментов на </w:t>
      </w:r>
      <w:r w:rsidR="00CD1B72">
        <w:rPr>
          <w:color w:val="000000" w:themeColor="text1"/>
        </w:rPr>
        <w:t>несовершеннолетнего</w:t>
      </w:r>
      <w:r w:rsidRPr="00CD1B72">
        <w:rPr>
          <w:color w:val="000000" w:themeColor="text1"/>
        </w:rPr>
        <w:t xml:space="preserve"> не заключало</w:t>
      </w:r>
      <w:r w:rsidRPr="00CD1B72">
        <w:rPr>
          <w:color w:val="000000" w:themeColor="text1"/>
        </w:rPr>
        <w:t xml:space="preserve">сь. Алименты на него ранее судом не взыскивались. </w:t>
      </w:r>
      <w:r w:rsidRPr="00CD1B72">
        <w:rPr>
          <w:color w:val="000000" w:themeColor="text1"/>
        </w:rPr>
        <w:t xml:space="preserve">Сведениями о взыскании с должника алиментов на других лиц и об иных обстоятельствах, требующих привлечения заинтересованных </w:t>
      </w:r>
      <w:r w:rsidRPr="00CD1B72">
        <w:rPr>
          <w:color w:val="000000" w:themeColor="text1"/>
        </w:rPr>
        <w:t>лиц, не располагаю.</w:t>
      </w:r>
    </w:p>
    <w:p w14:paraId="2A166EE8" w14:textId="77777777" w:rsidR="001065B4" w:rsidRPr="005A3DBF" w:rsidRDefault="001065B4" w:rsidP="001065B4">
      <w:pPr>
        <w:spacing w:after="0" w:line="240" w:lineRule="atLeast"/>
        <w:ind w:firstLine="426"/>
        <w:jc w:val="both"/>
        <w:rPr>
          <w:szCs w:val="24"/>
        </w:rPr>
      </w:pPr>
      <w:r w:rsidRPr="005A3DBF">
        <w:rPr>
          <w:szCs w:val="24"/>
        </w:rPr>
        <w:lastRenderedPageBreak/>
        <w:t>Согласно п. 1 ст. 80 Семейного кодекса Российской Федерации 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</w:t>
      </w:r>
    </w:p>
    <w:p w14:paraId="39A97D6B" w14:textId="77777777" w:rsidR="001065B4" w:rsidRPr="005A3DBF" w:rsidRDefault="001065B4" w:rsidP="001065B4">
      <w:pPr>
        <w:spacing w:after="0" w:line="240" w:lineRule="atLeast"/>
        <w:ind w:firstLine="426"/>
        <w:jc w:val="both"/>
        <w:rPr>
          <w:szCs w:val="24"/>
        </w:rPr>
      </w:pPr>
      <w:r w:rsidRPr="005A3DBF">
        <w:rPr>
          <w:szCs w:val="24"/>
        </w:rPr>
        <w:t>Согласно п. 2 ст. 80 Семейного кодекса Российской Федерации в случае, если родители не предоставляют содержание своим несовершеннолетним детям, средства на содержание несовершеннолетних детей (алименты) взыскиваются с родителей в судебном порядке.</w:t>
      </w:r>
    </w:p>
    <w:p w14:paraId="363D421F" w14:textId="77777777" w:rsidR="001065B4" w:rsidRPr="005A3DBF" w:rsidRDefault="001065B4" w:rsidP="001065B4">
      <w:pPr>
        <w:spacing w:after="0" w:line="240" w:lineRule="atLeast"/>
        <w:ind w:firstLine="426"/>
        <w:jc w:val="both"/>
        <w:rPr>
          <w:szCs w:val="24"/>
        </w:rPr>
      </w:pPr>
      <w:r w:rsidRPr="005A3DBF">
        <w:rPr>
          <w:szCs w:val="24"/>
        </w:rPr>
        <w:t>Согласно п. 1 ст. 81 Семейного кодекса Российской Федерации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 w14:paraId="671E6757" w14:textId="77777777" w:rsidR="001065B4" w:rsidRDefault="001065B4" w:rsidP="001065B4">
      <w:pPr>
        <w:spacing w:after="0" w:line="240" w:lineRule="atLeast"/>
        <w:ind w:firstLine="426"/>
        <w:jc w:val="both"/>
        <w:rPr>
          <w:szCs w:val="24"/>
        </w:rPr>
      </w:pPr>
      <w:r w:rsidRPr="005A3DBF">
        <w:rPr>
          <w:szCs w:val="24"/>
        </w:rPr>
        <w:t>Согласно абз. 5 ст. 122 Гражданского процессуального кодекса Российской Федерации судебный приказ выдается, если 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лиц.</w:t>
      </w:r>
    </w:p>
    <w:p w14:paraId="146F6AC5" w14:textId="77777777" w:rsidR="001065B4" w:rsidRPr="005A3DBF" w:rsidRDefault="001065B4" w:rsidP="001065B4">
      <w:pPr>
        <w:spacing w:after="0" w:line="240" w:lineRule="atLeast"/>
        <w:ind w:firstLine="426"/>
        <w:jc w:val="both"/>
        <w:rPr>
          <w:szCs w:val="24"/>
        </w:rPr>
      </w:pPr>
    </w:p>
    <w:p w14:paraId="115FCC34" w14:textId="2EEA866A" w:rsidR="001065B4" w:rsidRDefault="001065B4" w:rsidP="001065B4">
      <w:pPr>
        <w:spacing w:after="0" w:line="240" w:lineRule="atLeast"/>
        <w:ind w:firstLine="426"/>
        <w:jc w:val="both"/>
        <w:rPr>
          <w:szCs w:val="24"/>
        </w:rPr>
      </w:pPr>
      <w:r w:rsidRPr="005A3DBF">
        <w:rPr>
          <w:szCs w:val="24"/>
        </w:rPr>
        <w:t xml:space="preserve">На основании вышеизложенного и руководствуясь ст. ст. 80, 81 Семейного кодекса Российской Федерации, ст.ст. 121 - 124 Гражданского процессуального кодекса Российской Федерации, </w:t>
      </w:r>
    </w:p>
    <w:p w14:paraId="5E81B229" w14:textId="1948524E" w:rsidR="001065B4" w:rsidRPr="00102442" w:rsidRDefault="001065B4" w:rsidP="001065B4">
      <w:pPr>
        <w:spacing w:after="0" w:line="240" w:lineRule="atLeast"/>
        <w:jc w:val="center"/>
        <w:rPr>
          <w:bCs/>
          <w:szCs w:val="24"/>
        </w:rPr>
      </w:pPr>
      <w:r w:rsidRPr="00102442">
        <w:rPr>
          <w:bCs/>
          <w:szCs w:val="24"/>
        </w:rPr>
        <w:t>ПРОШУ:</w:t>
      </w:r>
    </w:p>
    <w:p w14:paraId="309CA956" w14:textId="77777777" w:rsidR="001065B4" w:rsidRPr="008921C7" w:rsidRDefault="001065B4" w:rsidP="001065B4">
      <w:pPr>
        <w:spacing w:after="0" w:line="240" w:lineRule="atLeast"/>
        <w:jc w:val="center"/>
        <w:rPr>
          <w:b/>
          <w:szCs w:val="24"/>
        </w:rPr>
      </w:pPr>
    </w:p>
    <w:p w14:paraId="051904F0" w14:textId="503B0442" w:rsidR="001065B4" w:rsidRPr="001065B4" w:rsidRDefault="001065B4" w:rsidP="001065B4">
      <w:pPr>
        <w:spacing w:after="0" w:line="240" w:lineRule="atLeast"/>
        <w:ind w:firstLine="708"/>
        <w:jc w:val="both"/>
        <w:rPr>
          <w:color w:val="000000" w:themeColor="text1"/>
          <w:szCs w:val="24"/>
        </w:rPr>
      </w:pPr>
      <w:r w:rsidRPr="008921C7">
        <w:rPr>
          <w:szCs w:val="24"/>
        </w:rPr>
        <w:t>Взыскать с</w:t>
      </w:r>
      <w:r w:rsidRPr="001065B4">
        <w:rPr>
          <w:szCs w:val="24"/>
        </w:rPr>
        <w:t xml:space="preserve"> [</w:t>
      </w:r>
      <w:r>
        <w:rPr>
          <w:szCs w:val="24"/>
        </w:rPr>
        <w:t>ФИО должника</w:t>
      </w:r>
      <w:r w:rsidRPr="001065B4">
        <w:rPr>
          <w:color w:val="000000" w:themeColor="text1"/>
          <w:szCs w:val="24"/>
        </w:rPr>
        <w:t>]</w:t>
      </w:r>
      <w:r w:rsidRPr="001065B4">
        <w:rPr>
          <w:color w:val="000000" w:themeColor="text1"/>
          <w:szCs w:val="24"/>
        </w:rPr>
        <w:t xml:space="preserve">, </w:t>
      </w:r>
      <w:r w:rsidRPr="001065B4">
        <w:rPr>
          <w:color w:val="000000" w:themeColor="text1"/>
          <w:szCs w:val="24"/>
        </w:rPr>
        <w:t>[</w:t>
      </w:r>
      <w:r>
        <w:rPr>
          <w:color w:val="000000" w:themeColor="text1"/>
          <w:szCs w:val="24"/>
        </w:rPr>
        <w:t>дата рождения</w:t>
      </w:r>
      <w:r w:rsidRPr="001065B4">
        <w:rPr>
          <w:color w:val="000000" w:themeColor="text1"/>
          <w:szCs w:val="24"/>
        </w:rPr>
        <w:t>]</w:t>
      </w:r>
      <w:r w:rsidRPr="001065B4">
        <w:rPr>
          <w:color w:val="000000" w:themeColor="text1"/>
          <w:szCs w:val="24"/>
        </w:rPr>
        <w:t xml:space="preserve"> г.р., место рождения</w:t>
      </w:r>
      <w:r>
        <w:rPr>
          <w:color w:val="000000" w:themeColor="text1"/>
          <w:szCs w:val="24"/>
        </w:rPr>
        <w:t xml:space="preserve"> </w:t>
      </w:r>
      <w:r w:rsidRPr="001065B4">
        <w:rPr>
          <w:color w:val="000000" w:themeColor="text1"/>
          <w:szCs w:val="24"/>
        </w:rPr>
        <w:t>[</w:t>
      </w:r>
      <w:r>
        <w:rPr>
          <w:color w:val="000000" w:themeColor="text1"/>
          <w:szCs w:val="24"/>
        </w:rPr>
        <w:t>населенный пункт</w:t>
      </w:r>
      <w:r w:rsidRPr="001065B4">
        <w:rPr>
          <w:color w:val="000000" w:themeColor="text1"/>
          <w:szCs w:val="24"/>
        </w:rPr>
        <w:t>]</w:t>
      </w:r>
      <w:r w:rsidRPr="001065B4">
        <w:rPr>
          <w:color w:val="000000" w:themeColor="text1"/>
          <w:szCs w:val="24"/>
        </w:rPr>
        <w:t xml:space="preserve">, </w:t>
      </w:r>
      <w:r w:rsidRPr="001065B4">
        <w:rPr>
          <w:rStyle w:val="fill"/>
          <w:iCs/>
          <w:color w:val="000000" w:themeColor="text1"/>
          <w:szCs w:val="24"/>
        </w:rPr>
        <w:t xml:space="preserve">паспорт гражданина РФ: </w:t>
      </w:r>
      <w:r w:rsidRPr="001065B4">
        <w:rPr>
          <w:rStyle w:val="fill"/>
          <w:iCs/>
          <w:color w:val="000000" w:themeColor="text1"/>
          <w:szCs w:val="24"/>
        </w:rPr>
        <w:t>[</w:t>
      </w:r>
      <w:r>
        <w:rPr>
          <w:rStyle w:val="fill"/>
          <w:iCs/>
          <w:color w:val="000000" w:themeColor="text1"/>
          <w:szCs w:val="24"/>
        </w:rPr>
        <w:t>серия, номер, дата выдачи, орган,</w:t>
      </w:r>
      <w:r w:rsidR="00102442">
        <w:rPr>
          <w:rStyle w:val="fill"/>
          <w:iCs/>
          <w:color w:val="000000" w:themeColor="text1"/>
          <w:szCs w:val="24"/>
        </w:rPr>
        <w:t xml:space="preserve"> выдавший документ, код подразделения</w:t>
      </w:r>
      <w:r w:rsidRPr="001065B4">
        <w:rPr>
          <w:rStyle w:val="fill"/>
          <w:iCs/>
          <w:color w:val="000000" w:themeColor="text1"/>
          <w:szCs w:val="24"/>
        </w:rPr>
        <w:t>]</w:t>
      </w:r>
      <w:r w:rsidRPr="001065B4">
        <w:rPr>
          <w:rStyle w:val="fill"/>
          <w:iCs/>
          <w:color w:val="000000" w:themeColor="text1"/>
          <w:szCs w:val="24"/>
        </w:rPr>
        <w:t>, адрес регистрации:</w:t>
      </w:r>
      <w:r w:rsidR="00102442">
        <w:rPr>
          <w:rStyle w:val="fill"/>
          <w:iCs/>
          <w:color w:val="000000" w:themeColor="text1"/>
          <w:szCs w:val="24"/>
        </w:rPr>
        <w:t xml:space="preserve"> </w:t>
      </w:r>
      <w:r w:rsidR="00102442" w:rsidRPr="00102442">
        <w:rPr>
          <w:rStyle w:val="fill"/>
          <w:iCs/>
          <w:color w:val="000000" w:themeColor="text1"/>
          <w:szCs w:val="24"/>
        </w:rPr>
        <w:t>[</w:t>
      </w:r>
      <w:r w:rsidR="00102442" w:rsidRPr="00102442">
        <w:rPr>
          <w:rStyle w:val="fill"/>
          <w:iCs/>
          <w:color w:val="000000" w:themeColor="text1"/>
          <w:szCs w:val="24"/>
        </w:rPr>
        <w:t>адрес с индексом</w:t>
      </w:r>
      <w:r w:rsidR="00102442" w:rsidRPr="00102442">
        <w:rPr>
          <w:rStyle w:val="fill"/>
          <w:iCs/>
          <w:color w:val="000000" w:themeColor="text1"/>
          <w:szCs w:val="24"/>
        </w:rPr>
        <w:t>]</w:t>
      </w:r>
      <w:r w:rsidRPr="00102442">
        <w:rPr>
          <w:rStyle w:val="fill"/>
          <w:iCs/>
          <w:color w:val="000000" w:themeColor="text1"/>
          <w:szCs w:val="24"/>
        </w:rPr>
        <w:t xml:space="preserve">, </w:t>
      </w:r>
      <w:r w:rsidRPr="00102442">
        <w:rPr>
          <w:rStyle w:val="fill"/>
          <w:iCs/>
          <w:color w:val="000000" w:themeColor="text1"/>
        </w:rPr>
        <w:t>в</w:t>
      </w:r>
      <w:r w:rsidRPr="001065B4">
        <w:rPr>
          <w:color w:val="000000" w:themeColor="text1"/>
          <w:szCs w:val="24"/>
        </w:rPr>
        <w:t xml:space="preserve"> пользу </w:t>
      </w:r>
      <w:r w:rsidR="00102442" w:rsidRPr="00102442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ФИО взыскателя</w:t>
      </w:r>
      <w:r w:rsidR="00102442" w:rsidRPr="00102442">
        <w:rPr>
          <w:color w:val="000000" w:themeColor="text1"/>
          <w:szCs w:val="24"/>
        </w:rPr>
        <w:t>]</w:t>
      </w:r>
      <w:r w:rsidRPr="001065B4">
        <w:rPr>
          <w:color w:val="000000" w:themeColor="text1"/>
          <w:szCs w:val="24"/>
        </w:rPr>
        <w:t xml:space="preserve">, </w:t>
      </w:r>
      <w:r w:rsidR="00102442" w:rsidRPr="001065B4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дата рождения</w:t>
      </w:r>
      <w:r w:rsidR="00102442" w:rsidRPr="001065B4">
        <w:rPr>
          <w:color w:val="000000" w:themeColor="text1"/>
          <w:szCs w:val="24"/>
        </w:rPr>
        <w:t>] г.р., место рождения</w:t>
      </w:r>
      <w:r w:rsidR="00102442">
        <w:rPr>
          <w:color w:val="000000" w:themeColor="text1"/>
          <w:szCs w:val="24"/>
        </w:rPr>
        <w:t xml:space="preserve"> </w:t>
      </w:r>
      <w:r w:rsidR="00102442" w:rsidRPr="001065B4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населенный пункт</w:t>
      </w:r>
      <w:r w:rsidR="00102442" w:rsidRPr="001065B4">
        <w:rPr>
          <w:color w:val="000000" w:themeColor="text1"/>
          <w:szCs w:val="24"/>
        </w:rPr>
        <w:t xml:space="preserve">], </w:t>
      </w:r>
      <w:r w:rsidR="00102442" w:rsidRPr="001065B4">
        <w:rPr>
          <w:rStyle w:val="fill"/>
          <w:iCs/>
          <w:color w:val="000000" w:themeColor="text1"/>
          <w:szCs w:val="24"/>
        </w:rPr>
        <w:t>паспорт гражданина РФ: [</w:t>
      </w:r>
      <w:r w:rsidR="00102442">
        <w:rPr>
          <w:rStyle w:val="fill"/>
          <w:iCs/>
          <w:color w:val="000000" w:themeColor="text1"/>
          <w:szCs w:val="24"/>
        </w:rPr>
        <w:t>серия, номер, дата выдачи, орган, выдавший документ, код подразделения</w:t>
      </w:r>
      <w:r w:rsidR="00102442" w:rsidRPr="001065B4">
        <w:rPr>
          <w:rStyle w:val="fill"/>
          <w:iCs/>
          <w:color w:val="000000" w:themeColor="text1"/>
          <w:szCs w:val="24"/>
        </w:rPr>
        <w:t>], адрес регистрации:</w:t>
      </w:r>
      <w:r w:rsidR="00102442">
        <w:rPr>
          <w:rStyle w:val="fill"/>
          <w:iCs/>
          <w:color w:val="000000" w:themeColor="text1"/>
          <w:szCs w:val="24"/>
        </w:rPr>
        <w:t xml:space="preserve"> </w:t>
      </w:r>
      <w:r w:rsidR="00102442" w:rsidRPr="00102442">
        <w:rPr>
          <w:rStyle w:val="fill"/>
          <w:iCs/>
          <w:color w:val="000000" w:themeColor="text1"/>
          <w:szCs w:val="24"/>
        </w:rPr>
        <w:t>[адрес с индексом]</w:t>
      </w:r>
      <w:r w:rsidR="00102442">
        <w:rPr>
          <w:rStyle w:val="fill"/>
          <w:iCs/>
          <w:color w:val="000000" w:themeColor="text1"/>
          <w:szCs w:val="24"/>
        </w:rPr>
        <w:t>,</w:t>
      </w:r>
      <w:r w:rsidRPr="001065B4">
        <w:rPr>
          <w:color w:val="000000" w:themeColor="text1"/>
          <w:szCs w:val="24"/>
        </w:rPr>
        <w:t xml:space="preserve"> алименты на содержание </w:t>
      </w:r>
      <w:r w:rsidR="00102442" w:rsidRPr="00102442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ФИО ребенка</w:t>
      </w:r>
      <w:r w:rsidR="00102442" w:rsidRPr="00102442">
        <w:rPr>
          <w:color w:val="000000" w:themeColor="text1"/>
          <w:szCs w:val="24"/>
        </w:rPr>
        <w:t>]</w:t>
      </w:r>
      <w:r w:rsidR="00102442">
        <w:rPr>
          <w:color w:val="000000" w:themeColor="text1"/>
          <w:szCs w:val="24"/>
        </w:rPr>
        <w:t xml:space="preserve">, </w:t>
      </w:r>
      <w:r w:rsidR="00102442" w:rsidRPr="00102442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дата рождения</w:t>
      </w:r>
      <w:r w:rsidR="00102442" w:rsidRPr="00102442">
        <w:rPr>
          <w:color w:val="000000" w:themeColor="text1"/>
          <w:szCs w:val="24"/>
        </w:rPr>
        <w:t>]</w:t>
      </w:r>
      <w:r w:rsidR="00102442">
        <w:rPr>
          <w:color w:val="000000" w:themeColor="text1"/>
          <w:szCs w:val="24"/>
        </w:rPr>
        <w:t xml:space="preserve"> года рождения, </w:t>
      </w:r>
      <w:r w:rsidRPr="001065B4">
        <w:rPr>
          <w:color w:val="000000" w:themeColor="text1"/>
          <w:szCs w:val="24"/>
        </w:rPr>
        <w:t xml:space="preserve">ежемесячно в размере ¼ заработка и (или) иного дохода </w:t>
      </w:r>
      <w:r w:rsidR="00102442" w:rsidRPr="00102442">
        <w:rPr>
          <w:color w:val="000000" w:themeColor="text1"/>
          <w:szCs w:val="24"/>
        </w:rPr>
        <w:t>[</w:t>
      </w:r>
      <w:r w:rsidR="00102442">
        <w:rPr>
          <w:color w:val="000000" w:themeColor="text1"/>
          <w:szCs w:val="24"/>
        </w:rPr>
        <w:t>ФИО должника</w:t>
      </w:r>
      <w:r w:rsidR="00102442" w:rsidRPr="00102442">
        <w:rPr>
          <w:color w:val="000000" w:themeColor="text1"/>
          <w:szCs w:val="24"/>
        </w:rPr>
        <w:t>]</w:t>
      </w:r>
      <w:r w:rsidRPr="001065B4">
        <w:rPr>
          <w:color w:val="000000" w:themeColor="text1"/>
          <w:szCs w:val="24"/>
        </w:rPr>
        <w:t xml:space="preserve">, начиная с [дата подачи заявления] и до достижения ребёнком совершеннолетия.</w:t>
      </w:r>
      <w:r w:rsidR="00102442" w:rsidRPr="00102442">
        <w:rPr>
          <w:color w:val="000000" w:themeColor="text1"/>
          <w:szCs w:val="24"/>
        </w:rPr>
        <w:t xml:space="preserve"/>
      </w:r>
      <w:r w:rsidR="00102442">
        <w:rPr>
          <w:color w:val="000000" w:themeColor="text1"/>
          <w:szCs w:val="24"/>
        </w:rPr>
        <w:t xml:space="preserve"/>
      </w:r>
      <w:r w:rsidR="00102442" w:rsidRPr="00102442">
        <w:rPr>
          <w:color w:val="000000" w:themeColor="text1"/>
          <w:szCs w:val="24"/>
        </w:rPr>
        <w:t xml:space="preserve"/>
      </w:r>
      <w:r w:rsidRPr="001065B4">
        <w:rPr>
          <w:color w:val="000000" w:themeColor="text1"/>
          <w:szCs w:val="24"/>
        </w:rPr>
        <w:t xml:space="preserve"/>
      </w:r>
    </w:p>
    <w:p w14:paraId="08839D32" w14:textId="77777777" w:rsidR="00CD1B72" w:rsidRDefault="00CD1B72" w:rsidP="00102442">
      <w:pPr>
        <w:pStyle w:val="21"/>
        <w:spacing w:before="0" w:after="0" w:line="240" w:lineRule="auto"/>
        <w:jc w:val="both"/>
        <w:rPr>
          <w:color w:val="000000" w:themeColor="text1"/>
        </w:rPr>
      </w:pPr>
    </w:p>
    <w:p w14:paraId="6BB333B8" w14:textId="79388642" w:rsidR="00666636" w:rsidRPr="00102442" w:rsidRDefault="001E3334" w:rsidP="00CD1B72">
      <w:pPr>
        <w:pStyle w:val="21"/>
        <w:spacing w:before="0" w:after="0" w:line="240" w:lineRule="auto"/>
        <w:ind w:firstLine="709"/>
        <w:jc w:val="both"/>
        <w:rPr>
          <w:b w:val="0"/>
          <w:bCs w:val="0"/>
          <w:color w:val="000000" w:themeColor="text1"/>
        </w:rPr>
      </w:pPr>
      <w:r w:rsidRPr="00102442">
        <w:rPr>
          <w:b w:val="0"/>
          <w:bCs w:val="0"/>
          <w:color w:val="000000" w:themeColor="text1"/>
        </w:rPr>
        <w:t>Приложения</w:t>
      </w:r>
    </w:p>
    <w:p w14:paraId="747A8EE7" w14:textId="0C5BB22F" w:rsidR="00102442" w:rsidRPr="00102442" w:rsidRDefault="00102442" w:rsidP="00102442">
      <w:pPr>
        <w:pStyle w:val="ae"/>
        <w:numPr>
          <w:ilvl w:val="0"/>
          <w:numId w:val="10"/>
        </w:numPr>
        <w:spacing w:after="0" w:line="240" w:lineRule="atLeast"/>
        <w:jc w:val="both"/>
        <w:rPr>
          <w:szCs w:val="24"/>
        </w:rPr>
      </w:pPr>
      <w:r w:rsidRPr="008921C7">
        <w:rPr>
          <w:szCs w:val="24"/>
        </w:rPr>
        <w:t xml:space="preserve">Копия паспорта </w:t>
      </w:r>
      <w:r>
        <w:rPr>
          <w:szCs w:val="24"/>
        </w:rPr>
        <w:t>взыскателя</w:t>
      </w:r>
      <w:r w:rsidRPr="008921C7">
        <w:rPr>
          <w:szCs w:val="24"/>
        </w:rPr>
        <w:t>;</w:t>
      </w:r>
    </w:p>
    <w:p w14:paraId="1CC923DD" w14:textId="77777777" w:rsidR="00102442" w:rsidRDefault="00102442" w:rsidP="00102442">
      <w:pPr>
        <w:pStyle w:val="ae"/>
        <w:numPr>
          <w:ilvl w:val="0"/>
          <w:numId w:val="10"/>
        </w:numPr>
        <w:spacing w:after="0" w:line="240" w:lineRule="atLeast"/>
        <w:jc w:val="both"/>
        <w:rPr>
          <w:szCs w:val="24"/>
        </w:rPr>
      </w:pPr>
      <w:r>
        <w:rPr>
          <w:szCs w:val="24"/>
        </w:rPr>
        <w:t xml:space="preserve">Копия паспорта должника (при наличии);</w:t>
      </w:r>
    </w:p>
    <w:p w14:paraId="113D5024" w14:textId="77777777" w:rsidR="00102442" w:rsidRPr="008921C7" w:rsidRDefault="00102442" w:rsidP="00102442">
      <w:pPr>
        <w:pStyle w:val="ae"/>
        <w:numPr>
          <w:ilvl w:val="0"/>
          <w:numId w:val="10"/>
        </w:numPr>
        <w:spacing w:after="0" w:line="240" w:lineRule="atLeast"/>
        <w:jc w:val="both"/>
        <w:rPr>
          <w:szCs w:val="24"/>
        </w:rPr>
      </w:pPr>
      <w:r w:rsidRPr="008921C7">
        <w:rPr>
          <w:szCs w:val="24"/>
        </w:rPr>
        <w:t xml:space="preserve">Копии </w:t>
      </w:r>
      <w:r>
        <w:rPr>
          <w:szCs w:val="24"/>
        </w:rPr>
        <w:t>с</w:t>
      </w:r>
      <w:r w:rsidRPr="008921C7">
        <w:rPr>
          <w:szCs w:val="24"/>
        </w:rPr>
        <w:t>видетельства о рождении</w:t>
      </w:r>
      <w:r>
        <w:rPr>
          <w:szCs w:val="24"/>
        </w:rPr>
        <w:t xml:space="preserve"> ребенка</w:t>
      </w:r>
      <w:r w:rsidRPr="008921C7">
        <w:rPr>
          <w:szCs w:val="24"/>
        </w:rPr>
        <w:t>;</w:t>
      </w:r>
    </w:p>
    <w:p w14:paraId="78382627" w14:textId="77777777" w:rsidR="00102442" w:rsidRPr="005A3DBF" w:rsidRDefault="00102442" w:rsidP="00102442">
      <w:pPr>
        <w:pStyle w:val="ae"/>
        <w:numPr>
          <w:ilvl w:val="0"/>
          <w:numId w:val="10"/>
        </w:numPr>
        <w:spacing w:after="0" w:line="240" w:lineRule="atLeast"/>
        <w:jc w:val="both"/>
        <w:rPr>
          <w:szCs w:val="24"/>
        </w:rPr>
      </w:pPr>
      <w:r w:rsidRPr="008921C7">
        <w:rPr>
          <w:szCs w:val="24"/>
        </w:rPr>
        <w:t xml:space="preserve">Копия адресной справки либо иной документ, подтверждающий проживание ребёнка с взыскателем;</w:t>
      </w:r>
      <w:r>
        <w:rPr>
          <w:szCs w:val="24"/>
        </w:rPr>
        <w:t xml:space="preserve"/>
      </w:r>
    </w:p>
    <w:p w14:paraId="1D1CA566" w14:textId="77777777" w:rsidR="00102442" w:rsidRPr="008921C7" w:rsidRDefault="00102442" w:rsidP="00102442">
      <w:pPr>
        <w:pStyle w:val="ae"/>
        <w:numPr>
          <w:ilvl w:val="0"/>
          <w:numId w:val="10"/>
        </w:numPr>
        <w:spacing w:after="0" w:line="240" w:lineRule="atLeast"/>
        <w:jc w:val="both"/>
        <w:rPr>
          <w:szCs w:val="24"/>
        </w:rPr>
      </w:pPr>
      <w:r w:rsidRPr="008921C7">
        <w:rPr>
          <w:szCs w:val="24"/>
        </w:rPr>
        <w:t xml:space="preserve">Документы, подтверждающие направление документов </w:t>
      </w:r>
      <w:r>
        <w:rPr>
          <w:szCs w:val="24"/>
        </w:rPr>
        <w:t>должнику.</w:t>
      </w:r>
    </w:p>
    <w:p w14:paraId="633546F0" w14:textId="32B8CE9C" w:rsidR="00666636" w:rsidRDefault="00666636" w:rsidP="00102442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76DAF2C3" w14:textId="48A0169B" w:rsidR="00102442" w:rsidRDefault="00102442" w:rsidP="00102442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6FFE6587" w14:textId="1C472CB4" w:rsidR="00102442" w:rsidRPr="00102442" w:rsidRDefault="00102442" w:rsidP="00102442">
      <w:pPr>
        <w:tabs>
          <w:tab w:val="right" w:pos="9355"/>
        </w:tabs>
        <w:spacing w:after="0" w:line="240" w:lineRule="atLeast"/>
        <w:rPr>
          <w:bCs/>
          <w:szCs w:val="24"/>
        </w:rPr>
      </w:pPr>
      <w:r>
        <w:rPr>
          <w:b/>
          <w:szCs w:val="24"/>
        </w:rPr>
        <w:t xml:space="preserve">   </w:t>
      </w:r>
      <w:r w:rsidRPr="00102442">
        <w:rPr>
          <w:bCs/>
          <w:szCs w:val="24"/>
        </w:rPr>
        <w:t>«</w:t>
      </w:r>
      <w:r w:rsidRPr="00102442">
        <w:rPr>
          <w:bCs/>
          <w:szCs w:val="24"/>
        </w:rPr>
        <w:t>__</w:t>
      </w:r>
      <w:r w:rsidRPr="00102442">
        <w:rPr>
          <w:bCs/>
          <w:szCs w:val="24"/>
        </w:rPr>
        <w:t xml:space="preserve">» </w:t>
      </w:r>
      <w:r w:rsidRPr="00102442">
        <w:rPr>
          <w:bCs/>
          <w:szCs w:val="24"/>
        </w:rPr>
        <w:t>________</w:t>
      </w:r>
      <w:r w:rsidRPr="00102442">
        <w:rPr>
          <w:bCs/>
          <w:szCs w:val="24"/>
        </w:rPr>
        <w:t xml:space="preserve"> 2026</w:t>
      </w:r>
      <w:r w:rsidRPr="00102442">
        <w:rPr>
          <w:bCs/>
          <w:szCs w:val="24"/>
        </w:rPr>
        <w:t>_</w:t>
      </w:r>
      <w:r w:rsidRPr="00102442">
        <w:rPr>
          <w:bCs/>
          <w:szCs w:val="24"/>
        </w:rPr>
        <w:t xml:space="preserve"> г.</w:t>
      </w:r>
      <w:r w:rsidRPr="00102442">
        <w:rPr>
          <w:bCs/>
          <w:szCs w:val="24"/>
        </w:rPr>
        <w:tab/>
      </w:r>
      <w:r>
        <w:rPr>
          <w:bCs/>
          <w:szCs w:val="24"/>
        </w:rPr>
        <w:t xml:space="preserve">                 </w:t>
      </w:r>
      <w:r w:rsidRPr="00102442">
        <w:rPr>
          <w:bCs/>
          <w:szCs w:val="24"/>
        </w:rPr>
        <w:t>________________/</w:t>
      </w:r>
      <w:r>
        <w:rPr>
          <w:bCs/>
          <w:szCs w:val="24"/>
          <w:lang w:val="en-US"/>
        </w:rPr>
        <w:t>[</w:t>
      </w:r>
      <w:r>
        <w:rPr>
          <w:bCs/>
          <w:szCs w:val="24"/>
        </w:rPr>
        <w:t>ФИО взыскателя</w:t>
      </w:r>
      <w:r>
        <w:rPr>
          <w:bCs/>
          <w:szCs w:val="24"/>
          <w:lang w:val="en-US"/>
        </w:rPr>
        <w:t>]</w:t>
      </w:r>
    </w:p>
    <w:p w14:paraId="40900436" w14:textId="77777777" w:rsidR="00102442" w:rsidRPr="00CD1B72" w:rsidRDefault="00102442" w:rsidP="00102442">
      <w:pPr>
        <w:spacing w:after="0" w:line="240" w:lineRule="auto"/>
        <w:ind w:firstLine="709"/>
        <w:jc w:val="both"/>
        <w:rPr>
          <w:color w:val="000000" w:themeColor="text1"/>
        </w:rPr>
      </w:pPr>
    </w:p>
    <w:sectPr w:rsidR="00102442" w:rsidRPr="00CD1B72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898D2" w14:textId="77777777" w:rsidR="001E3334" w:rsidRDefault="001E3334">
      <w:pPr>
        <w:spacing w:after="0" w:line="240" w:lineRule="auto"/>
      </w:pPr>
      <w:r>
        <w:separator/>
      </w:r>
    </w:p>
  </w:endnote>
  <w:endnote w:type="continuationSeparator" w:id="0">
    <w:p w14:paraId="5893DE4E" w14:textId="77777777" w:rsidR="001E3334" w:rsidRDefault="001E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BBFA1" w14:textId="77777777" w:rsidR="00666636" w:rsidRDefault="001E3334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0F4D57CE" wp14:editId="252E248C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F4DDB" w14:textId="77777777" w:rsidR="001E3334" w:rsidRDefault="001E3334">
      <w:pPr>
        <w:spacing w:after="0" w:line="240" w:lineRule="auto"/>
      </w:pPr>
      <w:r>
        <w:separator/>
      </w:r>
    </w:p>
  </w:footnote>
  <w:footnote w:type="continuationSeparator" w:id="0">
    <w:p w14:paraId="0D535BAE" w14:textId="77777777" w:rsidR="001E3334" w:rsidRDefault="001E3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940754"/>
    <w:multiLevelType w:val="hybridMultilevel"/>
    <w:tmpl w:val="37E2445E"/>
    <w:lvl w:ilvl="0" w:tplc="9564AA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442"/>
    <w:rsid w:val="001065B4"/>
    <w:rsid w:val="0015074B"/>
    <w:rsid w:val="001E3334"/>
    <w:rsid w:val="0029639D"/>
    <w:rsid w:val="00326F90"/>
    <w:rsid w:val="00666636"/>
    <w:rsid w:val="00AA1D8D"/>
    <w:rsid w:val="00B47730"/>
    <w:rsid w:val="00CB0664"/>
    <w:rsid w:val="00CD1B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BCB7B"/>
  <w14:defaultImageDpi w14:val="300"/>
  <w15:docId w15:val="{AA38302D-9A0A-477D-B4A7-CB6E9124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ill">
    <w:name w:val="fill"/>
    <w:basedOn w:val="a2"/>
    <w:rsid w:val="001065B4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Заявление о выдаче судебного приказа о взыскании алиментов на одного ребёнка</vt:lpstr>
      <vt:lpstr/>
    </vt:vector>
  </TitlesOfParts>
  <Manager/>
  <Company/>
  <LinksUpToDate>false</LinksUpToDate>
  <CharactersWithSpaces>3855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о взыскании алиментов на одного ребёнка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2026-09-23T12:39:00Z</dcterms:modified>
  <cp:category/>
</cp:coreProperties>
</file>