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2"/>
        <w:gridCol w:w="5023"/>
      </w:tblGrid>
      <w:tr w:rsidR="00E259CB" w:rsidRPr="00E259CB" w14:paraId="6AE66E28" w14:textId="77777777" w:rsidTr="00E259CB">
        <w:trPr/>
        <w:tc>
          <w:tcPr>
            <w:tcW w:w="5022" w:type="dxa"/>
          </w:tcPr>
          <w:p w14:paraId="1EA8E115" w14:textId="77777777" w:rsidR="00E259CB" w:rsidRPr="00E259CB" w:rsidRDefault="00E259CB" w:rsidP="00E259CB">
            <w:pPr>
              <w:spacing w:after="200"/>
              <w:rPr>
                <w:color w:val="000000" w:themeColor="text1"/>
                <w:sz w:val="22"/>
              </w:rPr>
            </w:pPr>
          </w:p>
        </w:tc>
        <w:tc>
          <w:tcPr>
            <w:tcW w:w="5023" w:type="dxa"/>
          </w:tcPr>
          <w:p w14:paraId="4BC63B02" w14:textId="77777777" w:rsidR="00E259CB" w:rsidRPr="00E259CB" w:rsidRDefault="00E259CB" w:rsidP="00E259CB">
            <w:pPr>
              <w:spacing w:after="20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 xml:space="preserve">Исполнителю: [наименование организации / ФИО ИП]</w:t>
            </w:r>
          </w:p>
          <w:p w14:paraId="4BC63B02" w14:textId="77777777" w:rsidR="00E259CB" w:rsidRPr="00E259CB" w:rsidRDefault="00E259CB" w:rsidP="00E259CB">
            <w:pPr>
              <w:spacing w:after="20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 xml:space="preserve">ИНН / ОГРН: [если известны]</w:t>
            </w:r>
          </w:p>
          <w:p w14:paraId="4BC63B02" w14:textId="77777777" w:rsidR="00E259CB" w:rsidRPr="00E259CB" w:rsidRDefault="00E259CB" w:rsidP="00E259CB">
            <w:pPr>
              <w:spacing w:after="20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 xml:space="preserve">Адрес: [адрес исполнителя]</w:t>
            </w:r>
          </w:p>
          <w:p w14:paraId="4BC63B02" w14:textId="77777777" w:rsidR="00E259CB" w:rsidRPr="00E259CB" w:rsidRDefault="00E259CB" w:rsidP="00E259CB">
            <w:pPr>
              <w:spacing w:after="20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 xml:space="preserve">От потребителя: [ФИО]</w:t>
            </w:r>
          </w:p>
          <w:p w14:paraId="4BC63B02" w14:textId="77777777" w:rsidR="00E259CB" w:rsidRPr="00E259CB" w:rsidRDefault="00E259CB" w:rsidP="00E259CB">
            <w:pPr>
              <w:spacing w:after="20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 xml:space="preserve">Адрес: [адрес для ответа]</w:t>
            </w:r>
          </w:p>
          <w:p w14:paraId="4BC63B02" w14:textId="77777777" w:rsidR="00E259CB" w:rsidRPr="00E259CB" w:rsidRDefault="00E259CB" w:rsidP="00E259CB">
            <w:pPr>
              <w:spacing w:after="20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 xml:space="preserve">Телефон, e-mail: [указать]</w:t>
            </w:r>
          </w:p>
        </w:tc>
      </w:tr>
    </w:tbl>
    <w:p w14:paraId="0A8F6C0A" w14:textId="77777777" w:rsidR="00E259CB" w:rsidRDefault="00F93E86" w:rsidP="00E259CB">
      <w:pPr>
        <w:pStyle w:val="aa"/>
        <w:keepNext/>
      </w:pPr>
      <w:r>
        <w:t xml:space="preserve">Претензия</w:t>
      </w:r>
    </w:p>
    <w:p w14:paraId="0A8F6C0A" w14:textId="77777777" w:rsidR="00E259CB" w:rsidRDefault="00F93E86" w:rsidP="00E259CB">
      <w:pPr>
        <w:pStyle w:val="aa"/>
        <w:keepNext/>
      </w:pPr>
      <w:r>
        <w:t xml:space="preserve">об устранении недостатков ремонта квартиры</w:t>
      </w:r>
    </w:p>
    <w:p w14:paraId="105DA6F3" w14:textId="747ABB32" w:rsidR="0044797C" w:rsidRPr="00E259CB" w:rsidRDefault="00F93E86" w:rsidP="00E259CB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[Дата] между мной и [исполнитель] заключён договор № [номер] на ремонт квартиры по адресу: [адрес]. Работы заказаны для личных нужд, не связанных с предпринимательской деятельностью.</w:t>
      </w:r>
    </w:p>
    <w:p w14:paraId="105DA6F3" w14:textId="747ABB32" w:rsidR="0044797C" w:rsidRPr="00E259CB" w:rsidRDefault="00F93E86" w:rsidP="00E259CB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Цена работ составляет [сумма] рублей. Мной оплачено [сумма] рублей, что подтверждается [платёжные документы]. Результат работ передан [дата / работы ещё выполняются].</w:t>
      </w:r>
    </w:p>
    <w:p w14:paraId="105DA6F3" w14:textId="747ABB32" w:rsidR="0044797C" w:rsidRPr="00E259CB" w:rsidRDefault="00F93E86" w:rsidP="00E259CB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Обнаружены следующие недостатки: [перечислить конкретные дефекты, их расположение, даты обнаружения и отклонения от согласованных условий]. Недостатки подтверждаются [фотографии, акт осмотра, заключение специалиста — указать имеющиеся документы].</w:t>
      </w:r>
    </w:p>
    <w:p w14:paraId="105DA6F3" w14:textId="747ABB32" w:rsidR="0044797C" w:rsidRPr="00E259CB" w:rsidRDefault="00F93E86" w:rsidP="00E259CB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Гарантийный срок: [срок и условие договора / не установлен]. Недостатки обнаружены [дата]. [При отсутствии гарантии либо обнаружении дефектов после её окончания указать доказательства того, что дефекты возникли до передачи результата работ или по причинам, существовавшим до этого момента.]</w:t>
      </w:r>
    </w:p>
    <w:p w14:paraId="105DA6F3" w14:textId="747ABB32" w:rsidR="0044797C" w:rsidRPr="00E259CB" w:rsidRDefault="00F93E86" w:rsidP="00E259CB">
      <w:pPr>
        <w:spacing w:after="0" w:line="240" w:lineRule="auto"/>
        <w:ind w:firstLine="709"/>
        <w:jc w:val="both"/>
        <w:rPr>
          <w:color w:val="000000" w:themeColor="text1"/>
        </w:rPr>
        <w:keepNext/>
      </w:pPr>
      <w:r>
        <w:rPr>
          <w:color w:val="000000" w:themeColor="text1"/>
        </w:rPr>
        <w:t xml:space="preserve">На основании статей 4, 29 и 30 Закона РФ от 07.02.1992 № 2300-1 «О защите прав потребителей»,</w:t>
      </w:r>
    </w:p>
    <w:p w14:paraId="05427CEB" w14:textId="3E7403B5" w:rsidR="00E259CB" w:rsidRDefault="00E259CB" w:rsidP="00E259CB">
      <w:pPr>
        <w:widowControl w:val="0"/>
        <w:autoSpaceDE w:val="0"/>
        <w:jc w:val="center"/>
        <w:rPr>
          <w:b/>
        </w:rPr>
        <w:keepNext/>
      </w:pPr>
      <w:r>
        <w:rPr>
          <w:b/>
        </w:rPr>
        <w:t xml:space="preserve">ПРОШУ:</w:t>
      </w:r>
    </w:p>
    <w:p w14:paraId="105DA6F3" w14:textId="747ABB32" w:rsidR="0044797C" w:rsidRPr="00E259CB" w:rsidRDefault="00F93E86" w:rsidP="00E259CB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Безвозмездно устранить перечисленные недостатки ремонта в разумный срок — до [дата]. Срок выбран с учётом [объём и характер работ, доступность материалов и иные обстоятельства].</w:t>
      </w:r>
    </w:p>
    <w:p w14:paraId="105DA6F3" w14:textId="747ABB32" w:rsidR="0044797C" w:rsidRPr="00E259CB" w:rsidRDefault="00F93E86" w:rsidP="00E259CB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Для осмотра и проведения работ согласовать со мной дату и время доступа в квартиру по телефону [номер].</w:t>
      </w:r>
    </w:p>
    <w:p w14:paraId="105DA6F3" w14:textId="747ABB32" w:rsidR="0044797C" w:rsidRPr="00E259CB" w:rsidRDefault="00F93E86" w:rsidP="00E259CB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Сообщить о порядке и сроках исполнения требований по адресу [почтовый / электронный адрес].</w:t>
      </w:r>
    </w:p>
    <w:p w14:paraId="7BB87FCF" w14:textId="77777777" w:rsidR="00E259CB" w:rsidRDefault="00E259CB" w:rsidP="00E259CB">
      <w:pPr>
        <w:spacing w:after="0" w:line="240" w:lineRule="auto"/>
        <w:ind w:firstLine="709"/>
        <w:jc w:val="both"/>
        <w:rPr>
          <w:color w:val="000000" w:themeColor="text1"/>
        </w:rPr>
      </w:pPr>
      <w:r>
        <w:t xml:space="preserve"/>
      </w:r>
    </w:p>
    <w:p w14:paraId="5A348F5D" w14:textId="2BC4AF38" w:rsidR="00E259CB" w:rsidRPr="004D754E" w:rsidRDefault="00E259CB" w:rsidP="00E259CB">
      <w:pPr>
        <w:autoSpaceDE w:val="0"/>
        <w:ind w:firstLine="540"/>
        <w:jc w:val="both"/>
        <w:keepNext/>
      </w:pPr>
      <w:r>
        <w:t xml:space="preserve">Приложения:</w:t>
      </w:r>
    </w:p>
    <w:p w14:paraId="2D6CBA27" w14:textId="77777777" w:rsidR="00E259CB" w:rsidRPr="004D754E" w:rsidRDefault="00E259CB" w:rsidP="00E259CB">
      <w:pPr>
        <w:numPr>
          <w:ilvl w:val="0"/>
          <w:numId w:val="10"/>
        </w:numPr>
        <w:suppressAutoHyphens/>
        <w:autoSpaceDE w:val="0"/>
        <w:spacing w:after="0" w:line="240" w:lineRule="auto"/>
        <w:jc w:val="both"/>
        <w:keepNext/>
      </w:pPr>
      <w:r>
        <w:t xml:space="preserve">Копия договора и документов с условиями работ.</w:t>
      </w:r>
    </w:p>
    <w:p w14:paraId="2D6CBA27" w14:textId="77777777" w:rsidR="00E259CB" w:rsidRPr="004D754E" w:rsidRDefault="00E259CB" w:rsidP="00E259CB">
      <w:pPr>
        <w:numPr>
          <w:ilvl w:val="0"/>
          <w:numId w:val="10"/>
        </w:numPr>
        <w:suppressAutoHyphens/>
        <w:autoSpaceDE w:val="0"/>
        <w:spacing w:after="0" w:line="240" w:lineRule="auto"/>
        <w:jc w:val="both"/>
        <w:keepNext/>
      </w:pPr>
      <w:r>
        <w:t xml:space="preserve">Копии документов об оплате.</w:t>
      </w:r>
    </w:p>
    <w:p w14:paraId="2D6CBA27" w14:textId="77777777" w:rsidR="00E259CB" w:rsidRPr="004D754E" w:rsidRDefault="00E259CB" w:rsidP="00E259CB">
      <w:pPr>
        <w:numPr>
          <w:ilvl w:val="0"/>
          <w:numId w:val="10"/>
        </w:numPr>
        <w:suppressAutoHyphens/>
        <w:autoSpaceDE w:val="0"/>
        <w:spacing w:after="0" w:line="240" w:lineRule="auto"/>
        <w:jc w:val="both"/>
      </w:pPr>
      <w:r>
        <w:t xml:space="preserve">Материалы, подтверждающие недостатки: [перечень].</w:t>
      </w:r>
    </w:p>
    <w:p w14:paraId="20F46DBE" w14:textId="77777777" w:rsidR="00E259CB" w:rsidRPr="004D754E" w:rsidRDefault="00E259CB" w:rsidP="00E259CB">
      <w:pPr>
        <w:widowControl w:val="0"/>
        <w:autoSpaceDE w:val="0"/>
        <w:jc w:val="both"/>
      </w:pPr>
      <w:r>
        <w:t xml:space="preserve"/>
      </w:r>
    </w:p>
    <w:p w14:paraId="5C22E81D" w14:textId="72D2C74E" w:rsidR="00E259CB" w:rsidRPr="00E259CB" w:rsidRDefault="00E259CB" w:rsidP="00E259CB">
      <w:pPr>
        <w:tabs>
          <w:tab w:val="right" w:pos="9355"/>
        </w:tabs>
        <w:spacing w:line="240" w:lineRule="atLeast"/>
        <w:rPr>
          <w:bCs/>
        </w:rPr>
      </w:pPr>
      <w:r>
        <w:rPr>
          <w:bCs/>
        </w:rPr>
        <w:t xml:space="preserve">«____» __________ 20___ г.       ______________ / [ФИО]</w:t>
      </w:r>
    </w:p>
    <w:sectPr w:rsidR="0044797C" w:rsidRPr="00E259CB" w:rsidSect="00034616">
      <w:footerReference w:type="default" r:id="rId8"/>
      <w:pgSz w:w="12240" w:h="15840"/>
      <w:pgMar w:top="1037" w:right="1080" w:bottom="1238" w:left="1195" w:header="403" w:footer="3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F286C" w14:textId="77777777" w:rsidR="00F93E86" w:rsidRDefault="00F93E86">
      <w:pPr>
        <w:spacing w:after="0" w:line="240" w:lineRule="auto"/>
      </w:pPr>
      <w:r>
        <w:separator/>
      </w:r>
    </w:p>
  </w:endnote>
  <w:endnote w:type="continuationSeparator" w:id="0">
    <w:p w14:paraId="007CEAED" w14:textId="77777777" w:rsidR="00F93E86" w:rsidRDefault="00F93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873C5" w14:textId="77777777" w:rsidR="0044797C" w:rsidRDefault="00F93E86">
    <w:pPr>
      <w:pStyle w:val="a7"/>
      <w:tabs>
        <w:tab w:val="left" w:pos="1656"/>
        <w:tab w:val="right" w:pos="9893"/>
      </w:tabs>
    </w:pPr>
    <w:r>
      <w:rPr>
        <w:noProof/>
      </w:rPr>
      <w:drawing>
        <wp:inline distT="0" distB="0" distL="0" distR="0" wp14:anchorId="6B37EAFE" wp14:editId="5B3F0D87">
          <wp:extent cx="914400" cy="428655"/>
          <wp:effectExtent l="0" t="0" r="0" b="0"/>
          <wp:docPr id="1" name="Picture 1" descr="Оригинальный логотип юридической компании PRINCI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incip-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" cy="428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/>
        <w:color w:val="555555"/>
        <w:sz w:val="16"/>
      </w:rPr>
      <w:tab/>
      <w:t>Шаблон подготовлен PRINCIP · princip-law.ru</w:t>
    </w:r>
    <w:r>
      <w:rPr>
        <w:rFonts w:ascii="Arial" w:hAnsi="Arial"/>
        <w:color w:val="555555"/>
        <w:sz w:val="16"/>
      </w:rPr>
      <w:tab/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620C72" w14:textId="77777777" w:rsidR="00F93E86" w:rsidRDefault="00F93E86">
      <w:pPr>
        <w:spacing w:after="0" w:line="240" w:lineRule="auto"/>
      </w:pPr>
      <w:r>
        <w:separator/>
      </w:r>
    </w:p>
  </w:footnote>
  <w:footnote w:type="continuationSeparator" w:id="0">
    <w:p w14:paraId="4716F07C" w14:textId="77777777" w:rsidR="00F93E86" w:rsidRDefault="00F93E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60FE3191"/>
    <w:multiLevelType w:val="hybridMultilevel"/>
    <w:tmpl w:val="DA0CA074"/>
    <w:lvl w:ilvl="0" w:tplc="3E1AD0B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4797C"/>
    <w:rsid w:val="006C322A"/>
    <w:rsid w:val="00AA1D8D"/>
    <w:rsid w:val="00B47730"/>
    <w:rsid w:val="00CB0664"/>
    <w:rsid w:val="00E259CB"/>
    <w:rsid w:val="00F93E8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DFB3C0"/>
  <w14:defaultImageDpi w14:val="300"/>
  <w15:docId w15:val="{FE6A870D-6331-496F-B515-4E114E8A3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59" w:lineRule="auto"/>
    </w:pPr>
    <w:rPr>
      <w:rFonts w:ascii="Times New Roman" w:eastAsia="Times New Roman" w:hAnsi="Times New Roman" w:cs="Times New Roman"/>
      <w:color w:val="000000"/>
      <w:sz w:val="24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40" w:after="140"/>
      <w:outlineLvl w:val="0"/>
    </w:pPr>
    <w:rPr>
      <w:b/>
      <w:bCs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 w:after="140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40" w:after="140"/>
      <w:outlineLvl w:val="2"/>
    </w:pPr>
    <w:rPr>
      <w:b/>
      <w:bCs/>
      <w:sz w:val="26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before="200" w:after="140" w:line="240" w:lineRule="auto"/>
      <w:contextualSpacing/>
      <w:jc w:val="center"/>
    </w:pPr>
    <w:rPr>
      <w:b/>
      <w:spacing w:val="5"/>
      <w:kern w:val="28"/>
      <w:sz w:val="26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="Arial" w:eastAsia="Arial" w:hAnsi="Arial" w:cs="Arial"/>
      <w:i/>
      <w:iCs/>
      <w:color w:val="555555"/>
      <w:spacing w:val="15"/>
      <w:sz w:val="20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nsPlusNormal">
    <w:name w:val="ConsPlusNormal"/>
    <w:rsid w:val="00E259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459</Words>
  <Characters>2617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Исковое заявление о расторжении брака</vt:lpstr>
      <vt:lpstr/>
    </vt:vector>
  </TitlesOfParts>
  <Manager/>
  <Company/>
  <LinksUpToDate>false</LinksUpToDate>
  <CharactersWithSpaces>3070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расторжении брака</dc:title>
  <dc:subject>Редактируемый шаблон для самостоятельного заполнения</dc:subject>
  <dc:creator>PRINCIP</dc:creator>
  <cp:keywords>PRINCIP, шаблон, физические лица</cp:keywords>
  <dc:description/>
  <cp:lastModifiedBy>Ivan Losev</cp:lastModifiedBy>
  <cp:revision>2</cp:revision>
  <dcterms:created xsi:type="dcterms:W3CDTF">2013-12-23T23:15:00Z</dcterms:created>
  <dcterms:modified xsi:type="dcterms:W3CDTF">2026-09-23T12:51:00Z</dcterms:modified>
  <cp:category/>
</cp:coreProperties>
</file>