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/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 [наименование суда / судебного участка]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[почтовый адрес]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Заявитель: [ФИО]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[место жительства]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Телефон, e-mail: [указать]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Процессуальное положение: [истец / ответчик / третье лицо / представитель]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Дело № [номер]</w:t>
            </w:r>
          </w:p>
        </w:tc>
      </w:tr>
    </w:tbl>
    <w:p w14:paraId="0A8F6C0A" w14:textId="77777777" w:rsidR="00E259CB" w:rsidRDefault="00F93E86" w:rsidP="00E259CB">
      <w:pPr>
        <w:pStyle w:val="aa"/>
        <w:keepNext/>
      </w:pPr>
      <w:r>
        <w:t xml:space="preserve">Заявление</w:t>
      </w:r>
    </w:p>
    <w:p w14:paraId="0A8F6C0A" w14:textId="77777777" w:rsidR="00E259CB" w:rsidRDefault="00F93E86" w:rsidP="00E259CB">
      <w:pPr>
        <w:pStyle w:val="aa"/>
        <w:keepNext/>
      </w:pPr>
      <w:r>
        <w:t xml:space="preserve">об ознакомлении с материалами гражданского дела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производстве [наименование суда] находится гражданское дело № [номер] по иску [ФИО / наименование истца] к [ФИО / наименование ответчика] о [предмет спора]. Я участвую в деле в качестве [процессуальное положение].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подготовки правовой позиции мне необходимо ознакомиться с материалами дела, сделать выписки и снять копии документов с использованием собственных технических средств.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  <w:keepNext/>
      </w:pPr>
      <w:r>
        <w:rPr>
          <w:color w:val="000000" w:themeColor="text1"/>
        </w:rPr>
        <w:t xml:space="preserve">На основании статьи 35 Гражданского процессуального кодекса Российской Федерации,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  <w:keepNext/>
      </w:pPr>
      <w:r>
        <w:rPr>
          <w:b/>
        </w:rPr>
        <w:t xml:space="preserve">ПРОШУ: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Предоставить мне возможность ознакомиться с материалами указанного гражданского дела, сделать выписки и снять копии документов с использованием собственных технических средств.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 дате и времени ознакомления прошу сообщить по телефону [номер] либо по электронной почте [адрес].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/>
      </w:r>
    </w:p>
    <w:p w14:paraId="5A348F5D" w14:textId="2BC4AF38" w:rsidR="00E259CB" w:rsidRPr="004D754E" w:rsidRDefault="00E259CB" w:rsidP="00E259CB">
      <w:pPr>
        <w:autoSpaceDE w:val="0"/>
        <w:ind w:firstLine="540"/>
        <w:jc w:val="both"/>
        <w:keepNext/>
      </w:pPr>
      <w:r>
        <w:t xml:space="preserve"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Документ, подтверждающий полномочия представителя [если заявление подаёт представитель].</w:t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  <w:r>
        <w:t xml:space="preserve"/>
      </w: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>
        <w:rPr>
          <w:bCs/>
        </w:rPr>
        <w:t xml:space="preserve">«____» __________ 20___ г.       ______________ / [ФИО]</w:t>
      </w: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