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2"/>
        <w:gridCol w:w="5023"/>
      </w:tblGrid>
      <w:tr w:rsidR="00E259CB" w:rsidRPr="00E259CB" w14:paraId="6AE66E28" w14:textId="77777777" w:rsidTr="00E259CB">
        <w:trPr/>
        <w:tc>
          <w:tcPr>
            <w:tcW w:w="5022" w:type="dxa"/>
          </w:tcPr>
          <w:p w14:paraId="1EA8E115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</w:p>
        </w:tc>
        <w:tc>
          <w:tcPr>
            <w:tcW w:w="5023" w:type="dxa"/>
          </w:tcPr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В [наименование суда / судебного участка]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Адрес: [почтовый адрес]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Заявитель: [ФИО]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Адрес: [место жительства]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Телефон, e-mail: [указать]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Процессуальное положение: [истец / ответчик / третье лицо / представитель]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Дело № [номер]</w:t>
            </w:r>
          </w:p>
        </w:tc>
      </w:tr>
    </w:tbl>
    <w:p w14:paraId="0A8F6C0A" w14:textId="77777777" w:rsidR="00E259CB" w:rsidRDefault="00F93E86" w:rsidP="00E259CB">
      <w:pPr>
        <w:pStyle w:val="aa"/>
        <w:keepNext/>
      </w:pPr>
      <w:r>
        <w:t xml:space="preserve">Ходатайство</w:t>
      </w:r>
    </w:p>
    <w:p w14:paraId="0A8F6C0A" w14:textId="77777777" w:rsidR="00E259CB" w:rsidRDefault="00F93E86" w:rsidP="00E259CB">
      <w:pPr>
        <w:pStyle w:val="aa"/>
        <w:keepNext/>
      </w:pPr>
      <w:r>
        <w:t xml:space="preserve">об отложении судебного разбирательства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производстве [наименование суда] находится гражданское дело № [номер] по иску [истец] к [ответчик] о [предмет спора]. Судебное заседание назначено на [дата] в [время].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Я не могу участвовать в назначенном заседании по следующей причине: [конкретные обстоятельства, период препятствия и почему оно исключает участие в заседании]. Данные обстоятельства подтверждаются [указать документы].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Моё участие необходимо для [указать, какие объяснения, возражения или доказательства требуется представить]. Рассмотреть дело в моё отсутствие не прошу.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  <w:keepNext/>
      </w:pPr>
      <w:r>
        <w:rPr>
          <w:color w:val="000000" w:themeColor="text1"/>
        </w:rPr>
        <w:t xml:space="preserve">На основании статей 35, 167 и 169 Гражданского процессуального кодекса Российской Федерации,</w:t>
      </w:r>
    </w:p>
    <w:p w14:paraId="05427CEB" w14:textId="3E7403B5" w:rsidR="00E259CB" w:rsidRDefault="00E259CB" w:rsidP="00E259CB">
      <w:pPr>
        <w:widowControl w:val="0"/>
        <w:autoSpaceDE w:val="0"/>
        <w:jc w:val="center"/>
        <w:rPr>
          <w:b/>
        </w:rPr>
        <w:keepNext/>
      </w:pPr>
      <w:r>
        <w:rPr>
          <w:b/>
        </w:rPr>
        <w:t xml:space="preserve">ПРОШУ: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Признать причину моей неявки в судебное заседание [дата, время] уважительной и отложить судебное разбирательство.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При назначении нового заседания прошу учесть [дата окончания препятствия / период; удалить, если не требуется] и известить меня о его дате и времени.</w:t>
      </w:r>
    </w:p>
    <w:p w14:paraId="7BB87FCF" w14:textId="77777777" w:rsidR="00E259CB" w:rsidRDefault="00E259CB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t xml:space="preserve"/>
      </w:r>
    </w:p>
    <w:p w14:paraId="5A348F5D" w14:textId="2BC4AF38" w:rsidR="00E259CB" w:rsidRPr="004D754E" w:rsidRDefault="00E259CB" w:rsidP="00E259CB">
      <w:pPr>
        <w:autoSpaceDE w:val="0"/>
        <w:ind w:firstLine="540"/>
        <w:jc w:val="both"/>
        <w:keepNext/>
      </w:pPr>
      <w:r>
        <w:t xml:space="preserve">Приложения:</w:t>
      </w:r>
    </w:p>
    <w:p w14:paraId="2D6CBA27" w14:textId="77777777" w:rsidR="00E259CB" w:rsidRPr="004D754E" w:rsidRDefault="00E259CB" w:rsidP="00E259CB">
      <w:pPr>
        <w:numPr>
          <w:ilvl w:val="0"/>
          <w:numId w:val="10"/>
        </w:numPr>
        <w:suppressAutoHyphens/>
        <w:autoSpaceDE w:val="0"/>
        <w:spacing w:after="0" w:line="240" w:lineRule="auto"/>
        <w:jc w:val="both"/>
        <w:keepNext/>
      </w:pPr>
      <w:r>
        <w:t xml:space="preserve">Документы, подтверждающие причину неявки: [перечень].</w:t>
      </w:r>
    </w:p>
    <w:p w14:paraId="2D6CBA27" w14:textId="77777777" w:rsidR="00E259CB" w:rsidRPr="004D754E" w:rsidRDefault="00E259CB" w:rsidP="00E259CB">
      <w:pPr>
        <w:numPr>
          <w:ilvl w:val="0"/>
          <w:numId w:val="10"/>
        </w:numPr>
        <w:suppressAutoHyphens/>
        <w:autoSpaceDE w:val="0"/>
        <w:spacing w:after="0" w:line="240" w:lineRule="auto"/>
        <w:jc w:val="both"/>
      </w:pPr>
      <w:r>
        <w:t xml:space="preserve">Документ о полномочиях представителя [если применимо].</w:t>
      </w:r>
    </w:p>
    <w:p w14:paraId="20F46DBE" w14:textId="77777777" w:rsidR="00E259CB" w:rsidRPr="004D754E" w:rsidRDefault="00E259CB" w:rsidP="00E259CB">
      <w:pPr>
        <w:widowControl w:val="0"/>
        <w:autoSpaceDE w:val="0"/>
        <w:jc w:val="both"/>
      </w:pPr>
      <w:r>
        <w:t xml:space="preserve"/>
      </w:r>
    </w:p>
    <w:p w14:paraId="5C22E81D" w14:textId="72D2C74E" w:rsidR="00E259CB" w:rsidRPr="00E259CB" w:rsidRDefault="00E259CB" w:rsidP="00E259CB">
      <w:pPr>
        <w:tabs>
          <w:tab w:val="right" w:pos="9355"/>
        </w:tabs>
        <w:spacing w:line="240" w:lineRule="atLeast"/>
        <w:rPr>
          <w:bCs/>
        </w:rPr>
      </w:pPr>
      <w:r>
        <w:rPr>
          <w:bCs/>
        </w:rPr>
        <w:t xml:space="preserve">«____» __________ 20___ г.       ______________ / [ФИО]</w:t>
      </w:r>
    </w:p>
    <w:sectPr w:rsidR="0044797C" w:rsidRPr="00E259CB" w:rsidSect="00034616">
      <w:footerReference w:type="default" r:id="rId8"/>
      <w:pgSz w:w="12240" w:h="15840"/>
      <w:pgMar w:top="1037" w:right="1080" w:bottom="1238" w:left="1195" w:header="403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F286C" w14:textId="77777777" w:rsidR="00F93E86" w:rsidRDefault="00F93E86">
      <w:pPr>
        <w:spacing w:after="0" w:line="240" w:lineRule="auto"/>
      </w:pPr>
      <w:r>
        <w:separator/>
      </w:r>
    </w:p>
  </w:endnote>
  <w:endnote w:type="continuationSeparator" w:id="0">
    <w:p w14:paraId="007CEAED" w14:textId="77777777" w:rsidR="00F93E86" w:rsidRDefault="00F93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73C5" w14:textId="77777777" w:rsidR="0044797C" w:rsidRDefault="00F93E86">
    <w:pPr>
      <w:pStyle w:val="a7"/>
      <w:tabs>
        <w:tab w:val="left" w:pos="1656"/>
        <w:tab w:val="right" w:pos="9893"/>
      </w:tabs>
    </w:pPr>
    <w:r>
      <w:rPr>
        <w:noProof/>
      </w:rPr>
      <w:drawing>
        <wp:inline distT="0" distB="0" distL="0" distR="0" wp14:anchorId="6B37EAFE" wp14:editId="5B3F0D87">
          <wp:extent cx="914400" cy="428655"/>
          <wp:effectExtent l="0" t="0" r="0" b="0"/>
          <wp:docPr id="1" name="Picture 1" descr="Оригинальный логотип юридической компании PRINC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incip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42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/>
        <w:color w:val="555555"/>
        <w:sz w:val="16"/>
      </w:rPr>
      <w:tab/>
      <w:t>Шаблон подготовлен PRINCIP · princip-law.ru</w:t>
    </w:r>
    <w:r>
      <w:rPr>
        <w:rFonts w:ascii="Arial" w:hAnsi="Arial"/>
        <w:color w:val="555555"/>
        <w:sz w:val="16"/>
      </w:rPr>
      <w:tab/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20C72" w14:textId="77777777" w:rsidR="00F93E86" w:rsidRDefault="00F93E86">
      <w:pPr>
        <w:spacing w:after="0" w:line="240" w:lineRule="auto"/>
      </w:pPr>
      <w:r>
        <w:separator/>
      </w:r>
    </w:p>
  </w:footnote>
  <w:footnote w:type="continuationSeparator" w:id="0">
    <w:p w14:paraId="4716F07C" w14:textId="77777777" w:rsidR="00F93E86" w:rsidRDefault="00F93E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60FE3191"/>
    <w:multiLevelType w:val="hybridMultilevel"/>
    <w:tmpl w:val="DA0CA074"/>
    <w:lvl w:ilvl="0" w:tplc="3E1AD0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797C"/>
    <w:rsid w:val="006C322A"/>
    <w:rsid w:val="00AA1D8D"/>
    <w:rsid w:val="00B47730"/>
    <w:rsid w:val="00CB0664"/>
    <w:rsid w:val="00E259CB"/>
    <w:rsid w:val="00F93E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DFB3C0"/>
  <w14:defaultImageDpi w14:val="300"/>
  <w15:docId w15:val="{FE6A870D-6331-496F-B515-4E114E8A3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59" w:lineRule="auto"/>
    </w:pPr>
    <w:rPr>
      <w:rFonts w:ascii="Times New Roman" w:eastAsia="Times New Roman" w:hAnsi="Times New Roman" w:cs="Times New Roman"/>
      <w:color w:val="000000"/>
      <w:sz w:val="24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40"/>
      <w:outlineLvl w:val="0"/>
    </w:pPr>
    <w:rPr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40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 w:after="140"/>
      <w:outlineLvl w:val="2"/>
    </w:pPr>
    <w:rPr>
      <w:b/>
      <w:bCs/>
      <w:sz w:val="26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before="200" w:after="140" w:line="240" w:lineRule="auto"/>
      <w:contextualSpacing/>
      <w:jc w:val="center"/>
    </w:pPr>
    <w:rPr>
      <w:b/>
      <w:spacing w:val="5"/>
      <w:kern w:val="28"/>
      <w:sz w:val="2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Arial" w:eastAsia="Arial" w:hAnsi="Arial" w:cs="Arial"/>
      <w:i/>
      <w:iCs/>
      <w:color w:val="555555"/>
      <w:spacing w:val="15"/>
      <w:sz w:val="20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sPlusNormal">
    <w:name w:val="ConsPlusNormal"/>
    <w:rsid w:val="00E259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Исковое заявление о расторжении брака</vt:lpstr>
      <vt:lpstr/>
    </vt:vector>
  </TitlesOfParts>
  <Manager/>
  <Company/>
  <LinksUpToDate>false</LinksUpToDate>
  <CharactersWithSpaces>3070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брака</dc:title>
  <dc:subject>Редактируемый шаблон для самостоятельного заполнения</dc:subject>
  <dc:creator>PRINCIP</dc:creator>
  <cp:keywords>PRINCIP, шаблон, физические лица</cp:keywords>
  <dc:description/>
  <cp:lastModifiedBy>Ivan Losev</cp:lastModifiedBy>
  <cp:revision>2</cp:revision>
  <dcterms:created xsi:type="dcterms:W3CDTF">2013-12-23T23:15:00Z</dcterms:created>
  <dcterms:modified xsi:type="dcterms:W3CDTF">2026-09-23T12:51:00Z</dcterms:modified>
  <cp:category/>
</cp:coreProperties>
</file>